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rFonts w:ascii="Arial" w:cs="Arial" w:eastAsia="Arial" w:hAnsi="Arial"/>
          <w:color w:val="000000"/>
          <w:sz w:val="40"/>
          <w:szCs w:val="40"/>
        </w:rPr>
      </w:pPr>
      <w:r w:rsidDel="00000000" w:rsidR="00000000" w:rsidRPr="00000000">
        <w:rPr>
          <w:rFonts w:ascii="Arial" w:cs="Arial" w:eastAsia="Arial" w:hAnsi="Arial"/>
          <w:color w:val="000000"/>
          <w:sz w:val="40"/>
          <w:szCs w:val="40"/>
          <w:rtl w:val="0"/>
        </w:rPr>
        <w:t xml:space="preserve">Particulate Matter Observation Template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Requirement 3(c): Learn about the Clean Air Act. Make notes on when it was passed, its environmental goals, what progress has been made and what remains to be done to achieve the law's goals. Describe the impact, benefits, and costs of the law as well as what is required to implement and enforce the law.</w:t>
      </w:r>
    </w:p>
    <w:p w:rsidR="00000000" w:rsidDel="00000000" w:rsidP="00000000" w:rsidRDefault="00000000" w:rsidRPr="00000000" w14:paraId="00000004">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spacing w:after="24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Scout name: __________________________</w:t>
      </w:r>
    </w:p>
    <w:p w:rsidR="00000000" w:rsidDel="00000000" w:rsidP="00000000" w:rsidRDefault="00000000" w:rsidRPr="00000000" w14:paraId="00000006">
      <w:pPr>
        <w:spacing w:after="240" w:line="276" w:lineRule="auto"/>
        <w:rPr>
          <w:rFonts w:ascii="Arial" w:cs="Arial" w:eastAsia="Arial" w:hAnsi="Arial"/>
          <w:b w:val="1"/>
          <w:bCs w:val="1"/>
        </w:rPr>
      </w:pPr>
      <w:r w:rsidDel="00000000" w:rsidR="00000000" w:rsidRPr="00000000">
        <w:rPr>
          <w:rtl w:val="0"/>
        </w:rPr>
      </w:r>
    </w:p>
    <w:tbl>
      <w:tblPr>
        <w:tblStyle w:val="Table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90.3170028818445"/>
        <w:gridCol w:w="3112.3919308357345"/>
        <w:gridCol w:w="3137.291066282421"/>
        <w:tblGridChange w:id="0">
          <w:tblGrid>
            <w:gridCol w:w="2390.3170028818445"/>
            <w:gridCol w:w="3112.3919308357345"/>
            <w:gridCol w:w="3137.291066282421"/>
          </w:tblGrid>
        </w:tblGridChange>
      </w:tblGrid>
      <w:tr>
        <w:trPr>
          <w:cantSplit w:val="0"/>
          <w:trHeight w:val="570" w:hRule="atLeast"/>
          <w:tblHeader w:val="0"/>
        </w:trPr>
        <w:tc>
          <w:tcPr>
            <w:tcBorders>
              <w:top w:color="000000" w:space="0" w:sz="6" w:val="single"/>
              <w:left w:color="000000" w:space="0" w:sz="6" w:val="single"/>
              <w:bottom w:color="000000" w:space="0" w:sz="6" w:val="single"/>
              <w:right w:color="000000" w:space="0" w:sz="6" w:val="single"/>
            </w:tcBorders>
            <w:shd w:fill="caedfb" w:val="clear"/>
            <w:tcMar>
              <w:top w:w="0.0" w:type="dxa"/>
              <w:left w:w="100.0" w:type="dxa"/>
              <w:bottom w:w="0.0" w:type="dxa"/>
              <w:right w:w="100.0" w:type="dxa"/>
            </w:tcMar>
            <w:vAlign w:val="top"/>
          </w:tcPr>
          <w:p w:rsidR="00000000" w:rsidDel="00000000" w:rsidP="00000000" w:rsidRDefault="00000000" w:rsidRPr="00000000" w14:paraId="00000007">
            <w:pPr>
              <w:spacing w:after="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Metric</w:t>
            </w:r>
          </w:p>
        </w:tc>
        <w:tc>
          <w:tcPr>
            <w:tcBorders>
              <w:top w:color="000000" w:space="0" w:sz="6" w:val="single"/>
              <w:left w:color="000000" w:space="0" w:sz="0" w:val="nil"/>
              <w:bottom w:color="000000" w:space="0" w:sz="6" w:val="single"/>
              <w:right w:color="000000" w:space="0" w:sz="6" w:val="single"/>
            </w:tcBorders>
            <w:shd w:fill="caedfb" w:val="clear"/>
            <w:tcMar>
              <w:top w:w="0.0" w:type="dxa"/>
              <w:left w:w="100.0" w:type="dxa"/>
              <w:bottom w:w="0.0" w:type="dxa"/>
              <w:right w:w="100.0" w:type="dxa"/>
            </w:tcMar>
            <w:vAlign w:val="top"/>
          </w:tcPr>
          <w:p w:rsidR="00000000" w:rsidDel="00000000" w:rsidP="00000000" w:rsidRDefault="00000000" w:rsidRPr="00000000" w14:paraId="00000008">
            <w:pPr>
              <w:spacing w:after="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Site A: Urban</w:t>
            </w:r>
          </w:p>
          <w:p w:rsidR="00000000" w:rsidDel="00000000" w:rsidP="00000000" w:rsidRDefault="00000000" w:rsidRPr="00000000" w14:paraId="00000009">
            <w:pPr>
              <w:spacing w:after="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(Busy Street)</w:t>
            </w:r>
          </w:p>
        </w:tc>
        <w:tc>
          <w:tcPr>
            <w:tcBorders>
              <w:top w:color="000000" w:space="0" w:sz="6" w:val="single"/>
              <w:left w:color="000000" w:space="0" w:sz="0" w:val="nil"/>
              <w:bottom w:color="000000" w:space="0" w:sz="6" w:val="single"/>
              <w:right w:color="000000" w:space="0" w:sz="6" w:val="single"/>
            </w:tcBorders>
            <w:shd w:fill="caedfb" w:val="clear"/>
            <w:tcMar>
              <w:top w:w="0.0" w:type="dxa"/>
              <w:left w:w="100.0" w:type="dxa"/>
              <w:bottom w:w="0.0" w:type="dxa"/>
              <w:right w:w="100.0" w:type="dxa"/>
            </w:tcMar>
            <w:vAlign w:val="top"/>
          </w:tcPr>
          <w:p w:rsidR="00000000" w:rsidDel="00000000" w:rsidP="00000000" w:rsidRDefault="00000000" w:rsidRPr="00000000" w14:paraId="0000000A">
            <w:pPr>
              <w:spacing w:after="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Site B: Nonurban</w:t>
            </w:r>
          </w:p>
          <w:p w:rsidR="00000000" w:rsidDel="00000000" w:rsidP="00000000" w:rsidRDefault="00000000" w:rsidRPr="00000000" w14:paraId="0000000B">
            <w:pPr>
              <w:spacing w:after="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(Field/Forest)</w:t>
            </w:r>
          </w:p>
        </w:tc>
      </w:tr>
      <w:tr>
        <w:trPr>
          <w:cantSplit w:val="0"/>
          <w:trHeight w:val="9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C">
            <w:pPr>
              <w:spacing w:after="36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Location Description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D">
            <w:pPr>
              <w:spacing w:line="480" w:lineRule="auto"/>
              <w:rPr>
                <w:rFonts w:ascii="Arial" w:cs="Arial" w:eastAsia="Arial" w:hAnsi="Arial"/>
                <w:b w:val="1"/>
                <w:bCs w:val="1"/>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E">
            <w:pPr>
              <w:spacing w:line="480" w:lineRule="auto"/>
              <w:rPr>
                <w:rFonts w:ascii="Arial" w:cs="Arial" w:eastAsia="Arial" w:hAnsi="Arial"/>
                <w:b w:val="1"/>
                <w:bCs w:val="1"/>
              </w:rPr>
            </w:pPr>
            <w:r w:rsidDel="00000000" w:rsidR="00000000" w:rsidRPr="00000000">
              <w:rPr>
                <w:rtl w:val="0"/>
              </w:rPr>
            </w:r>
          </w:p>
        </w:tc>
      </w:tr>
      <w:tr>
        <w:trPr>
          <w:cantSplit w:val="0"/>
          <w:trHeight w:val="9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F">
            <w:pPr>
              <w:spacing w:after="36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Date/Time Placed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0">
            <w:pPr>
              <w:spacing w:line="480" w:lineRule="auto"/>
              <w:rPr>
                <w:rFonts w:ascii="Arial" w:cs="Arial" w:eastAsia="Arial" w:hAnsi="Arial"/>
                <w:b w:val="1"/>
                <w:bCs w:val="1"/>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1">
            <w:pPr>
              <w:spacing w:line="480" w:lineRule="auto"/>
              <w:rPr>
                <w:rFonts w:ascii="Arial" w:cs="Arial" w:eastAsia="Arial" w:hAnsi="Arial"/>
                <w:b w:val="1"/>
                <w:bCs w:val="1"/>
              </w:rPr>
            </w:pPr>
            <w:r w:rsidDel="00000000" w:rsidR="00000000" w:rsidRPr="00000000">
              <w:rPr>
                <w:rtl w:val="0"/>
              </w:rPr>
            </w:r>
          </w:p>
        </w:tc>
      </w:tr>
      <w:tr>
        <w:trPr>
          <w:cantSplit w:val="0"/>
          <w:trHeight w:val="9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2">
            <w:pPr>
              <w:spacing w:after="36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Date/Time Retrieved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3">
            <w:pPr>
              <w:spacing w:line="480" w:lineRule="auto"/>
              <w:rPr>
                <w:rFonts w:ascii="Arial" w:cs="Arial" w:eastAsia="Arial" w:hAnsi="Arial"/>
                <w:b w:val="1"/>
                <w:bCs w:val="1"/>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4">
            <w:pPr>
              <w:spacing w:line="480" w:lineRule="auto"/>
              <w:rPr>
                <w:rFonts w:ascii="Arial" w:cs="Arial" w:eastAsia="Arial" w:hAnsi="Arial"/>
                <w:b w:val="1"/>
                <w:bCs w:val="1"/>
              </w:rPr>
            </w:pPr>
            <w:r w:rsidDel="00000000" w:rsidR="00000000" w:rsidRPr="00000000">
              <w:rPr>
                <w:rtl w:val="0"/>
              </w:rPr>
            </w:r>
          </w:p>
        </w:tc>
      </w:tr>
      <w:tr>
        <w:trPr>
          <w:cantSplit w:val="0"/>
          <w:trHeight w:val="117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5">
            <w:pPr>
              <w:spacing w:after="36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Nearby activity (traffic, industry, nature):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6">
            <w:pPr>
              <w:spacing w:after="36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7">
            <w:pPr>
              <w:spacing w:after="36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w:t>
            </w:r>
          </w:p>
        </w:tc>
      </w:tr>
      <w:tr>
        <w:trPr>
          <w:cantSplit w:val="0"/>
          <w:trHeight w:val="14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8">
            <w:pPr>
              <w:spacing w:after="36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Dominant Weather (e.g., Wind/Humid)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9">
            <w:pPr>
              <w:spacing w:line="480" w:lineRule="auto"/>
              <w:rPr>
                <w:rFonts w:ascii="Arial" w:cs="Arial" w:eastAsia="Arial" w:hAnsi="Arial"/>
                <w:b w:val="1"/>
                <w:bCs w:val="1"/>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A">
            <w:pPr>
              <w:spacing w:line="480" w:lineRule="auto"/>
              <w:rPr>
                <w:rFonts w:ascii="Arial" w:cs="Arial" w:eastAsia="Arial" w:hAnsi="Arial"/>
                <w:b w:val="1"/>
                <w:bCs w:val="1"/>
              </w:rPr>
            </w:pPr>
            <w:r w:rsidDel="00000000" w:rsidR="00000000" w:rsidRPr="00000000">
              <w:rPr>
                <w:rtl w:val="0"/>
              </w:rPr>
            </w:r>
          </w:p>
        </w:tc>
      </w:tr>
      <w:tr>
        <w:trPr>
          <w:cantSplit w:val="0"/>
          <w:trHeight w:val="9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B">
            <w:pPr>
              <w:spacing w:after="36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Grid Square 1 Count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C">
            <w:pPr>
              <w:spacing w:line="480" w:lineRule="auto"/>
              <w:rPr>
                <w:rFonts w:ascii="Arial" w:cs="Arial" w:eastAsia="Arial" w:hAnsi="Arial"/>
                <w:b w:val="1"/>
                <w:bCs w:val="1"/>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D">
            <w:pPr>
              <w:spacing w:line="480" w:lineRule="auto"/>
              <w:rPr>
                <w:rFonts w:ascii="Arial" w:cs="Arial" w:eastAsia="Arial" w:hAnsi="Arial"/>
                <w:b w:val="1"/>
                <w:bCs w:val="1"/>
              </w:rPr>
            </w:pPr>
            <w:r w:rsidDel="00000000" w:rsidR="00000000" w:rsidRPr="00000000">
              <w:rPr>
                <w:rtl w:val="0"/>
              </w:rPr>
            </w:r>
          </w:p>
        </w:tc>
      </w:tr>
      <w:tr>
        <w:trPr>
          <w:cantSplit w:val="0"/>
          <w:trHeight w:val="900" w:hRule="atLeast"/>
          <w:tblHeader w:val="0"/>
        </w:trPr>
        <w:tc>
          <w:tcPr>
            <w:tcBorders>
              <w:top w:color="000000" w:space="0" w:sz="6" w:val="single"/>
              <w:left w:color="000000" w:space="0" w:sz="6" w:val="single"/>
              <w:bottom w:color="000000" w:space="0" w:sz="6" w:val="single"/>
              <w:right w:color="000000" w:space="0" w:sz="6" w:val="single"/>
            </w:tcBorders>
            <w:shd w:fill="caedfb" w:val="clear"/>
            <w:tcMar>
              <w:top w:w="0.0" w:type="dxa"/>
              <w:left w:w="100.0" w:type="dxa"/>
              <w:bottom w:w="0.0" w:type="dxa"/>
              <w:right w:w="100.0" w:type="dxa"/>
            </w:tcMar>
            <w:vAlign w:val="top"/>
          </w:tcPr>
          <w:p w:rsidR="00000000" w:rsidDel="00000000" w:rsidP="00000000" w:rsidRDefault="00000000" w:rsidRPr="00000000" w14:paraId="0000001E">
            <w:pPr>
              <w:spacing w:after="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Metric</w:t>
            </w:r>
          </w:p>
        </w:tc>
        <w:tc>
          <w:tcPr>
            <w:tcBorders>
              <w:top w:color="000000" w:space="0" w:sz="6" w:val="single"/>
              <w:left w:color="000000" w:space="0" w:sz="0" w:val="nil"/>
              <w:bottom w:color="000000" w:space="0" w:sz="6" w:val="single"/>
              <w:right w:color="000000" w:space="0" w:sz="6" w:val="single"/>
            </w:tcBorders>
            <w:shd w:fill="caedfb" w:val="clear"/>
            <w:tcMar>
              <w:top w:w="0.0" w:type="dxa"/>
              <w:left w:w="100.0" w:type="dxa"/>
              <w:bottom w:w="0.0" w:type="dxa"/>
              <w:right w:w="100.0" w:type="dxa"/>
            </w:tcMar>
            <w:vAlign w:val="top"/>
          </w:tcPr>
          <w:p w:rsidR="00000000" w:rsidDel="00000000" w:rsidP="00000000" w:rsidRDefault="00000000" w:rsidRPr="00000000" w14:paraId="0000001F">
            <w:pPr>
              <w:spacing w:after="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Site A: Urban</w:t>
            </w:r>
          </w:p>
          <w:p w:rsidR="00000000" w:rsidDel="00000000" w:rsidP="00000000" w:rsidRDefault="00000000" w:rsidRPr="00000000" w14:paraId="00000020">
            <w:pPr>
              <w:spacing w:after="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(Busy Street)</w:t>
            </w:r>
          </w:p>
        </w:tc>
        <w:tc>
          <w:tcPr>
            <w:tcBorders>
              <w:top w:color="000000" w:space="0" w:sz="6" w:val="single"/>
              <w:left w:color="000000" w:space="0" w:sz="0" w:val="nil"/>
              <w:bottom w:color="000000" w:space="0" w:sz="6" w:val="single"/>
              <w:right w:color="000000" w:space="0" w:sz="6" w:val="single"/>
            </w:tcBorders>
            <w:shd w:fill="caedfb" w:val="clear"/>
            <w:tcMar>
              <w:top w:w="0.0" w:type="dxa"/>
              <w:left w:w="100.0" w:type="dxa"/>
              <w:bottom w:w="0.0" w:type="dxa"/>
              <w:right w:w="100.0" w:type="dxa"/>
            </w:tcMar>
            <w:vAlign w:val="top"/>
          </w:tcPr>
          <w:p w:rsidR="00000000" w:rsidDel="00000000" w:rsidP="00000000" w:rsidRDefault="00000000" w:rsidRPr="00000000" w14:paraId="00000021">
            <w:pPr>
              <w:spacing w:after="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Site B: Nonurban</w:t>
            </w:r>
          </w:p>
          <w:p w:rsidR="00000000" w:rsidDel="00000000" w:rsidP="00000000" w:rsidRDefault="00000000" w:rsidRPr="00000000" w14:paraId="00000022">
            <w:pPr>
              <w:spacing w:after="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(Field/Forest)</w:t>
            </w:r>
          </w:p>
        </w:tc>
      </w:tr>
      <w:tr>
        <w:trPr>
          <w:cantSplit w:val="0"/>
          <w:trHeight w:val="9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3">
            <w:pPr>
              <w:spacing w:after="36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Grid Square 2 Count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4">
            <w:pPr>
              <w:spacing w:line="480" w:lineRule="auto"/>
              <w:rPr>
                <w:rFonts w:ascii="Arial" w:cs="Arial" w:eastAsia="Arial" w:hAnsi="Arial"/>
                <w:b w:val="1"/>
                <w:bCs w:val="1"/>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5">
            <w:pPr>
              <w:spacing w:line="480" w:lineRule="auto"/>
              <w:rPr>
                <w:rFonts w:ascii="Arial" w:cs="Arial" w:eastAsia="Arial" w:hAnsi="Arial"/>
                <w:b w:val="1"/>
                <w:bCs w:val="1"/>
              </w:rPr>
            </w:pPr>
            <w:r w:rsidDel="00000000" w:rsidR="00000000" w:rsidRPr="00000000">
              <w:rPr>
                <w:rtl w:val="0"/>
              </w:rPr>
            </w:r>
          </w:p>
        </w:tc>
      </w:tr>
      <w:tr>
        <w:trPr>
          <w:cantSplit w:val="0"/>
          <w:trHeight w:val="9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6">
            <w:pPr>
              <w:spacing w:after="36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Grid Square 3 Count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7">
            <w:pPr>
              <w:spacing w:line="480" w:lineRule="auto"/>
              <w:rPr>
                <w:rFonts w:ascii="Arial" w:cs="Arial" w:eastAsia="Arial" w:hAnsi="Arial"/>
                <w:b w:val="1"/>
                <w:bCs w:val="1"/>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8">
            <w:pPr>
              <w:spacing w:line="480" w:lineRule="auto"/>
              <w:rPr>
                <w:rFonts w:ascii="Arial" w:cs="Arial" w:eastAsia="Arial" w:hAnsi="Arial"/>
                <w:b w:val="1"/>
                <w:bCs w:val="1"/>
              </w:rPr>
            </w:pPr>
            <w:r w:rsidDel="00000000" w:rsidR="00000000" w:rsidRPr="00000000">
              <w:rPr>
                <w:rtl w:val="0"/>
              </w:rPr>
            </w:r>
          </w:p>
        </w:tc>
      </w:tr>
      <w:tr>
        <w:trPr>
          <w:cantSplit w:val="0"/>
          <w:trHeight w:val="9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9">
            <w:pPr>
              <w:spacing w:after="36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Grid Square 4 Count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A">
            <w:pPr>
              <w:spacing w:line="480" w:lineRule="auto"/>
              <w:rPr>
                <w:rFonts w:ascii="Arial" w:cs="Arial" w:eastAsia="Arial" w:hAnsi="Arial"/>
                <w:b w:val="1"/>
                <w:bCs w:val="1"/>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B">
            <w:pPr>
              <w:spacing w:line="480" w:lineRule="auto"/>
              <w:rPr>
                <w:rFonts w:ascii="Arial" w:cs="Arial" w:eastAsia="Arial" w:hAnsi="Arial"/>
                <w:b w:val="1"/>
                <w:bCs w:val="1"/>
              </w:rPr>
            </w:pPr>
            <w:r w:rsidDel="00000000" w:rsidR="00000000" w:rsidRPr="00000000">
              <w:rPr>
                <w:rtl w:val="0"/>
              </w:rPr>
            </w:r>
          </w:p>
        </w:tc>
      </w:tr>
      <w:tr>
        <w:trPr>
          <w:cantSplit w:val="0"/>
          <w:trHeight w:val="9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C">
            <w:pPr>
              <w:spacing w:after="36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Average Particulates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D">
            <w:pPr>
              <w:spacing w:after="36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E">
            <w:pPr>
              <w:spacing w:after="360" w:before="24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r>
          </w:p>
        </w:tc>
      </w:tr>
      <w:tr>
        <w:trPr>
          <w:cantSplit w:val="0"/>
          <w:trHeight w:val="117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F">
            <w:pPr>
              <w:spacing w:after="36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Observation: particulate color/size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0">
            <w:pPr>
              <w:spacing w:after="360" w:before="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1">
            <w:pPr>
              <w:spacing w:after="360" w:before="24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r>
          </w:p>
        </w:tc>
      </w:tr>
    </w:tbl>
    <w:p w:rsidR="00000000" w:rsidDel="00000000" w:rsidP="00000000" w:rsidRDefault="00000000" w:rsidRPr="00000000" w14:paraId="00000032">
      <w:pPr>
        <w:spacing w:after="240"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33">
      <w:pPr>
        <w:spacing w:after="24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 Notes</w:t>
      </w:r>
    </w:p>
    <w:p w:rsidR="00000000" w:rsidDel="00000000" w:rsidP="00000000" w:rsidRDefault="00000000" w:rsidRPr="00000000" w14:paraId="00000034">
      <w:pPr>
        <w:spacing w:line="480" w:lineRule="auto"/>
        <w:rPr>
          <w:rFonts w:ascii="Arial" w:cs="Arial" w:eastAsia="Arial" w:hAnsi="Arial"/>
          <w:b w:val="1"/>
          <w:bCs w:val="1"/>
        </w:rPr>
      </w:pPr>
      <w:r w:rsidDel="00000000" w:rsidR="00000000" w:rsidRPr="00000000">
        <w:rPr>
          <w:rtl w:val="0"/>
        </w:rPr>
      </w:r>
    </w:p>
    <w:sectPr>
      <w:footerReference r:id="rId7" w:type="default"/>
      <w:pgSz w:h="15840" w:w="12240" w:orient="portrait"/>
      <w:pgMar w:bottom="1440" w:top="1089"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jc w:val="center"/>
      <w:rPr>
        <w:rFonts w:ascii="Arial" w:cs="Arial" w:eastAsia="Arial" w:hAnsi="Arial"/>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Ah48xXVtrSjQtO+yFocdX6elkg==">CgMxLjA4AHIhMWwwUnZZcF8tNEo3a05iOXNCTFlhRjdZR0Y4emwtTHNi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2026-01-21T14:43:00Z</dcterms:created>
  <dc:creator>python-docx</dc:creator>
</cp:coreProperties>
</file>