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FB45" w14:textId="757F9235" w:rsidR="00F74772" w:rsidRDefault="00F74772" w:rsidP="00F74772">
      <w:pPr>
        <w:pStyle w:val="Heading1"/>
        <w:spacing w:before="0"/>
        <w:jc w:val="center"/>
      </w:pPr>
      <w:r>
        <w:rPr>
          <w:noProof/>
        </w:rPr>
        <w:drawing>
          <wp:inline distT="0" distB="0" distL="0" distR="0" wp14:anchorId="3A18DF95" wp14:editId="0E89AE5C">
            <wp:extent cx="1371600" cy="703780"/>
            <wp:effectExtent l="0" t="0" r="0" b="1270"/>
            <wp:docPr id="1466716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7161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5600" cy="70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1AE65" w14:textId="7E028980" w:rsidR="00820040" w:rsidRDefault="00116613" w:rsidP="00F74772">
      <w:pPr>
        <w:pStyle w:val="Heading1"/>
        <w:spacing w:before="0"/>
        <w:jc w:val="center"/>
      </w:pPr>
      <w:r>
        <w:t>Arrow of Light Den Adventure Host Sign-Up</w:t>
      </w:r>
    </w:p>
    <w:p w14:paraId="322C0E0B" w14:textId="77777777" w:rsidR="00820040" w:rsidRDefault="00116613" w:rsidP="00F74772">
      <w:pPr>
        <w:spacing w:after="0"/>
        <w:jc w:val="center"/>
      </w:pPr>
      <w:r>
        <w:rPr>
          <w:b/>
        </w:rPr>
        <w:t>Every Family Helps Build the Adventure!</w:t>
      </w:r>
      <w:r>
        <w:rPr>
          <w:b/>
        </w:rPr>
        <w:br/>
      </w:r>
      <w:r>
        <w:t>Become an Adventure Host! No experience is needed—we'll provide the meeting plans, activity ideas, and support. Choose an adventure your family would enjoy hosting for the den.</w:t>
      </w:r>
    </w:p>
    <w:p w14:paraId="5F237C0F" w14:textId="77777777" w:rsidR="00820040" w:rsidRDefault="00116613">
      <w:pPr>
        <w:pStyle w:val="Heading2"/>
      </w:pPr>
      <w:r>
        <w:t>🟨 Required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1541"/>
        <w:gridCol w:w="1529"/>
        <w:gridCol w:w="1656"/>
        <w:gridCol w:w="1517"/>
        <w:gridCol w:w="1530"/>
        <w:gridCol w:w="1508"/>
      </w:tblGrid>
      <w:tr w:rsidR="00820040" w:rsidRPr="00F74772" w14:paraId="4516725B" w14:textId="77777777">
        <w:trPr>
          <w:jc w:val="center"/>
        </w:trPr>
        <w:tc>
          <w:tcPr>
            <w:tcW w:w="1543" w:type="dxa"/>
          </w:tcPr>
          <w:p w14:paraId="6F5B30E6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186FE583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17C4931B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Theme</w:t>
            </w:r>
          </w:p>
        </w:tc>
        <w:tc>
          <w:tcPr>
            <w:tcW w:w="1543" w:type="dxa"/>
          </w:tcPr>
          <w:p w14:paraId="6B4C3558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📱 Adventure Guide</w:t>
            </w:r>
            <w:r w:rsidRPr="00F74772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65A75632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5FA2A549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7DABDBA6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📞 Phone</w:t>
            </w:r>
          </w:p>
        </w:tc>
      </w:tr>
      <w:tr w:rsidR="00820040" w14:paraId="288EC851" w14:textId="77777777">
        <w:trPr>
          <w:jc w:val="center"/>
        </w:trPr>
        <w:tc>
          <w:tcPr>
            <w:tcW w:w="1543" w:type="dxa"/>
          </w:tcPr>
          <w:p w14:paraId="092DDB10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7737C35" w14:textId="77777777" w:rsidR="00820040" w:rsidRDefault="00116613" w:rsidP="00F74772">
            <w:pPr>
              <w:jc w:val="center"/>
            </w:pPr>
            <w:hyperlink r:id="rId7" w:history="1">
              <w:r w:rsidRPr="00F74772">
                <w:rPr>
                  <w:rStyle w:val="Hyperlink"/>
                </w:rPr>
                <w:t>Bobcat</w:t>
              </w:r>
            </w:hyperlink>
          </w:p>
          <w:p w14:paraId="3F39ABA9" w14:textId="098AF34A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A40F69" wp14:editId="4F3723A6">
                  <wp:extent cx="812800" cy="812800"/>
                  <wp:effectExtent l="0" t="0" r="6350" b="6350"/>
                  <wp:docPr id="110007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0734" name="Picture 110007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27B4ABD" w14:textId="77777777" w:rsidR="00820040" w:rsidRDefault="00116613" w:rsidP="00F74772">
            <w:pPr>
              <w:jc w:val="center"/>
            </w:pPr>
            <w:r>
              <w:t>Character &amp; Leadership</w:t>
            </w:r>
          </w:p>
        </w:tc>
        <w:tc>
          <w:tcPr>
            <w:tcW w:w="1543" w:type="dxa"/>
          </w:tcPr>
          <w:p w14:paraId="6EEEEE0D" w14:textId="5C5D3093" w:rsidR="00820040" w:rsidRDefault="00F74772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1D5F2D" wp14:editId="47D93124">
                  <wp:extent cx="91440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bca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F2F6E2B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39A254CB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239BBC2D" w14:textId="77777777" w:rsidR="00820040" w:rsidRDefault="00820040" w:rsidP="00F74772">
            <w:pPr>
              <w:jc w:val="center"/>
            </w:pPr>
          </w:p>
        </w:tc>
      </w:tr>
      <w:tr w:rsidR="00820040" w14:paraId="3E25B9B1" w14:textId="77777777">
        <w:trPr>
          <w:jc w:val="center"/>
        </w:trPr>
        <w:tc>
          <w:tcPr>
            <w:tcW w:w="1543" w:type="dxa"/>
          </w:tcPr>
          <w:p w14:paraId="08A78739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536A506" w14:textId="77777777" w:rsidR="00820040" w:rsidRDefault="00F74772" w:rsidP="00F74772">
            <w:pPr>
              <w:jc w:val="center"/>
            </w:pPr>
            <w:hyperlink r:id="rId10" w:history="1">
              <w:r w:rsidRPr="00F74772">
                <w:rPr>
                  <w:rStyle w:val="Hyperlink"/>
                </w:rPr>
                <w:t>Citizenship</w:t>
              </w:r>
            </w:hyperlink>
          </w:p>
          <w:p w14:paraId="1DFB473D" w14:textId="6C658243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432F31" wp14:editId="7D22EEF6">
                  <wp:extent cx="638175" cy="850900"/>
                  <wp:effectExtent l="0" t="0" r="9525" b="6350"/>
                  <wp:docPr id="13918605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860507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BE8A51C" w14:textId="77777777" w:rsidR="00820040" w:rsidRDefault="00116613" w:rsidP="00F74772">
            <w:pPr>
              <w:jc w:val="center"/>
            </w:pPr>
            <w:r>
              <w:t>Citizenship</w:t>
            </w:r>
          </w:p>
        </w:tc>
        <w:tc>
          <w:tcPr>
            <w:tcW w:w="1543" w:type="dxa"/>
          </w:tcPr>
          <w:p w14:paraId="3712F49F" w14:textId="5E48E534" w:rsidR="00820040" w:rsidRDefault="00F74772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8DE76A" wp14:editId="37F39A16">
                  <wp:extent cx="914400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tizenshi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D3F3C3E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2DF7177A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7B4C6E05" w14:textId="77777777" w:rsidR="00820040" w:rsidRDefault="00820040" w:rsidP="00F74772">
            <w:pPr>
              <w:jc w:val="center"/>
            </w:pPr>
          </w:p>
        </w:tc>
      </w:tr>
      <w:tr w:rsidR="00820040" w14:paraId="687F28FA" w14:textId="77777777">
        <w:trPr>
          <w:jc w:val="center"/>
        </w:trPr>
        <w:tc>
          <w:tcPr>
            <w:tcW w:w="1543" w:type="dxa"/>
          </w:tcPr>
          <w:p w14:paraId="48518927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4AC9AF6" w14:textId="77777777" w:rsidR="00820040" w:rsidRDefault="00116613" w:rsidP="00F74772">
            <w:pPr>
              <w:jc w:val="center"/>
            </w:pPr>
            <w:hyperlink r:id="rId13" w:history="1">
              <w:r w:rsidRPr="00F74772">
                <w:rPr>
                  <w:rStyle w:val="Hyperlink"/>
                </w:rPr>
                <w:t xml:space="preserve">Duty to God </w:t>
              </w:r>
            </w:hyperlink>
          </w:p>
          <w:p w14:paraId="7B076C70" w14:textId="789D2412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7DC9D0" wp14:editId="7EAC9FBB">
                  <wp:extent cx="647700" cy="863600"/>
                  <wp:effectExtent l="0" t="0" r="0" b="0"/>
                  <wp:docPr id="17835344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534481" name="Picture 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6D80BA2" w14:textId="77777777" w:rsidR="00820040" w:rsidRDefault="00116613" w:rsidP="00F74772">
            <w:pPr>
              <w:jc w:val="center"/>
            </w:pPr>
            <w:r>
              <w:t>Family &amp; Reverence</w:t>
            </w:r>
          </w:p>
        </w:tc>
        <w:tc>
          <w:tcPr>
            <w:tcW w:w="1543" w:type="dxa"/>
          </w:tcPr>
          <w:p w14:paraId="094324F0" w14:textId="61B6A521" w:rsidR="00820040" w:rsidRDefault="00F74772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E9D122" wp14:editId="4308DFA4">
                  <wp:extent cx="914400" cy="914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ty_to_God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FECD1EB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6B3E1031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47001053" w14:textId="77777777" w:rsidR="00820040" w:rsidRDefault="00820040" w:rsidP="00F74772">
            <w:pPr>
              <w:jc w:val="center"/>
            </w:pPr>
          </w:p>
        </w:tc>
      </w:tr>
      <w:tr w:rsidR="00820040" w14:paraId="003037A5" w14:textId="77777777">
        <w:trPr>
          <w:jc w:val="center"/>
        </w:trPr>
        <w:tc>
          <w:tcPr>
            <w:tcW w:w="1543" w:type="dxa"/>
          </w:tcPr>
          <w:p w14:paraId="7153DD14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2AD44DF" w14:textId="77777777" w:rsidR="00820040" w:rsidRDefault="00116613" w:rsidP="00F74772">
            <w:pPr>
              <w:jc w:val="center"/>
            </w:pPr>
            <w:hyperlink r:id="rId16" w:history="1">
              <w:r w:rsidRPr="003E6377">
                <w:rPr>
                  <w:rStyle w:val="Hyperlink"/>
                </w:rPr>
                <w:t>Outdoor Adventurer</w:t>
              </w:r>
            </w:hyperlink>
          </w:p>
          <w:p w14:paraId="39553570" w14:textId="693FFC3D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BCB23C" wp14:editId="25F3E420">
                  <wp:extent cx="609600" cy="812800"/>
                  <wp:effectExtent l="0" t="0" r="0" b="6350"/>
                  <wp:docPr id="1685037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037854" name="Picture 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4EFD631" w14:textId="77777777" w:rsidR="00820040" w:rsidRDefault="00116613" w:rsidP="00F74772">
            <w:pPr>
              <w:jc w:val="center"/>
            </w:pPr>
            <w:r>
              <w:t>Outdoors</w:t>
            </w:r>
          </w:p>
        </w:tc>
        <w:tc>
          <w:tcPr>
            <w:tcW w:w="1543" w:type="dxa"/>
          </w:tcPr>
          <w:p w14:paraId="4FF8DABC" w14:textId="60A05818" w:rsidR="00820040" w:rsidRDefault="003E637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607221" wp14:editId="4907148F">
                  <wp:extent cx="914400" cy="914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utdoor_Adventurer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8EC3C56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39D36125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7D42A13A" w14:textId="77777777" w:rsidR="00820040" w:rsidRDefault="00820040" w:rsidP="00F74772">
            <w:pPr>
              <w:jc w:val="center"/>
            </w:pPr>
          </w:p>
        </w:tc>
      </w:tr>
      <w:tr w:rsidR="00820040" w14:paraId="34384DA6" w14:textId="77777777">
        <w:trPr>
          <w:jc w:val="center"/>
        </w:trPr>
        <w:tc>
          <w:tcPr>
            <w:tcW w:w="1543" w:type="dxa"/>
          </w:tcPr>
          <w:p w14:paraId="54D354EF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83DE93F" w14:textId="77777777" w:rsidR="00820040" w:rsidRDefault="00116613" w:rsidP="00F74772">
            <w:pPr>
              <w:jc w:val="center"/>
            </w:pPr>
            <w:hyperlink r:id="rId19" w:history="1">
              <w:r w:rsidRPr="00221167">
                <w:rPr>
                  <w:rStyle w:val="Hyperlink"/>
                </w:rPr>
                <w:t>Personal Fitness</w:t>
              </w:r>
            </w:hyperlink>
          </w:p>
          <w:p w14:paraId="4A6E442B" w14:textId="02F624EB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F30A16" wp14:editId="0B72C414">
                  <wp:extent cx="609600" cy="812800"/>
                  <wp:effectExtent l="0" t="0" r="0" b="6350"/>
                  <wp:docPr id="972021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021025" name="Picture 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33A0AB4" w14:textId="77777777" w:rsidR="00820040" w:rsidRDefault="00116613" w:rsidP="00F74772">
            <w:pPr>
              <w:jc w:val="center"/>
            </w:pPr>
            <w:r>
              <w:t>Personal Fitness</w:t>
            </w:r>
          </w:p>
        </w:tc>
        <w:tc>
          <w:tcPr>
            <w:tcW w:w="1543" w:type="dxa"/>
          </w:tcPr>
          <w:p w14:paraId="64B95023" w14:textId="63595E49" w:rsidR="00820040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83149F" wp14:editId="1DBB0C81">
                  <wp:extent cx="914400" cy="914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sonal_Fitness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4444A20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3ADC7E53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37E701AE" w14:textId="77777777" w:rsidR="00820040" w:rsidRDefault="00820040" w:rsidP="00F74772">
            <w:pPr>
              <w:jc w:val="center"/>
            </w:pPr>
          </w:p>
        </w:tc>
      </w:tr>
      <w:tr w:rsidR="00820040" w14:paraId="6F42A7E0" w14:textId="77777777">
        <w:trPr>
          <w:jc w:val="center"/>
        </w:trPr>
        <w:tc>
          <w:tcPr>
            <w:tcW w:w="1543" w:type="dxa"/>
          </w:tcPr>
          <w:p w14:paraId="6F07A02F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42FB9514" w14:textId="5B8DB6F6" w:rsidR="00820040" w:rsidRDefault="003B6233" w:rsidP="00F74772">
            <w:pPr>
              <w:jc w:val="center"/>
            </w:pPr>
            <w:hyperlink r:id="rId22" w:history="1">
              <w:r w:rsidRPr="003B6233">
                <w:rPr>
                  <w:rStyle w:val="Hyperlink"/>
                </w:rPr>
                <w:t>First Aid</w:t>
              </w:r>
            </w:hyperlink>
          </w:p>
          <w:p w14:paraId="129924D6" w14:textId="292FE2D0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1CFF1C" wp14:editId="5628401B">
                  <wp:extent cx="819150" cy="819150"/>
                  <wp:effectExtent l="0" t="0" r="0" b="0"/>
                  <wp:docPr id="10065579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0734" name="Picture 110007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826DFAA" w14:textId="77777777" w:rsidR="00820040" w:rsidRDefault="00116613" w:rsidP="00F74772">
            <w:pPr>
              <w:jc w:val="center"/>
            </w:pPr>
            <w:r>
              <w:t>Personal Safety</w:t>
            </w:r>
          </w:p>
        </w:tc>
        <w:tc>
          <w:tcPr>
            <w:tcW w:w="1543" w:type="dxa"/>
          </w:tcPr>
          <w:p w14:paraId="265F3FE5" w14:textId="6F2B31B9" w:rsidR="00820040" w:rsidRDefault="003B6233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1F7240" wp14:editId="3C6EFEC1">
                  <wp:extent cx="914400" cy="914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st_Aid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F230471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6D6E2B21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36798727" w14:textId="77777777" w:rsidR="00820040" w:rsidRDefault="00820040" w:rsidP="00F74772">
            <w:pPr>
              <w:jc w:val="center"/>
            </w:pPr>
          </w:p>
        </w:tc>
      </w:tr>
    </w:tbl>
    <w:p w14:paraId="6B2F2BDE" w14:textId="77777777" w:rsidR="00820040" w:rsidRDefault="00820040"/>
    <w:p w14:paraId="0BB2C848" w14:textId="77777777" w:rsidR="00820040" w:rsidRDefault="00116613">
      <w:pPr>
        <w:pStyle w:val="Heading2"/>
      </w:pPr>
      <w:r>
        <w:lastRenderedPageBreak/>
        <w:t>🟩 Elective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1532"/>
        <w:gridCol w:w="1539"/>
        <w:gridCol w:w="1656"/>
        <w:gridCol w:w="1517"/>
        <w:gridCol w:w="1530"/>
        <w:gridCol w:w="1507"/>
      </w:tblGrid>
      <w:tr w:rsidR="00820040" w:rsidRPr="00F74772" w14:paraId="0A61C1BE" w14:textId="77777777" w:rsidTr="00221167">
        <w:trPr>
          <w:jc w:val="center"/>
        </w:trPr>
        <w:tc>
          <w:tcPr>
            <w:tcW w:w="1543" w:type="dxa"/>
          </w:tcPr>
          <w:p w14:paraId="64BA2388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53F20D25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07EF1E22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7B63C215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📱 Adventure Guide</w:t>
            </w:r>
            <w:r w:rsidRPr="00F74772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3D19A7A0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1C4072AE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6F7C309C" w14:textId="77777777" w:rsidR="00820040" w:rsidRPr="00F74772" w:rsidRDefault="00116613" w:rsidP="00F74772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📞 Phone</w:t>
            </w:r>
          </w:p>
        </w:tc>
      </w:tr>
      <w:tr w:rsidR="00820040" w14:paraId="28ED0CD3" w14:textId="77777777" w:rsidTr="00221167">
        <w:trPr>
          <w:jc w:val="center"/>
        </w:trPr>
        <w:tc>
          <w:tcPr>
            <w:tcW w:w="1543" w:type="dxa"/>
          </w:tcPr>
          <w:p w14:paraId="20D7E32F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391ADB3C" w14:textId="0DE4C444" w:rsidR="00820040" w:rsidRDefault="00116613" w:rsidP="00F74772">
            <w:pPr>
              <w:jc w:val="center"/>
            </w:pPr>
            <w:hyperlink r:id="rId24" w:history="1">
              <w:r w:rsidRPr="00221167">
                <w:rPr>
                  <w:rStyle w:val="Hyperlink"/>
                </w:rPr>
                <w:t>Champions for Nature Arrow of Light</w:t>
              </w:r>
            </w:hyperlink>
          </w:p>
          <w:p w14:paraId="1533345B" w14:textId="3CC95DBD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1DF20E" wp14:editId="0E3E348C">
                  <wp:extent cx="617093" cy="819150"/>
                  <wp:effectExtent l="0" t="0" r="0" b="0"/>
                  <wp:docPr id="515940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940930" name="Picture 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86C4CF7" w14:textId="7C6C6E58" w:rsidR="00820040" w:rsidRDefault="003B6233" w:rsidP="00F74772">
            <w:pPr>
              <w:jc w:val="center"/>
            </w:pPr>
            <w:r>
              <w:t>Conservation</w:t>
            </w:r>
          </w:p>
        </w:tc>
        <w:tc>
          <w:tcPr>
            <w:tcW w:w="1656" w:type="dxa"/>
          </w:tcPr>
          <w:p w14:paraId="1DD18BA1" w14:textId="4F878A8F" w:rsidR="00820040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DB7913" wp14:editId="07C0A1AD">
                  <wp:extent cx="914400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pions_for_Nature_Arrow_of_Light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AE6688C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44457A28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386C2C52" w14:textId="77777777" w:rsidR="00820040" w:rsidRDefault="00820040" w:rsidP="00F74772">
            <w:pPr>
              <w:jc w:val="center"/>
            </w:pPr>
          </w:p>
        </w:tc>
      </w:tr>
      <w:tr w:rsidR="00221167" w14:paraId="597450F8" w14:textId="77777777" w:rsidTr="00221167">
        <w:trPr>
          <w:jc w:val="center"/>
        </w:trPr>
        <w:tc>
          <w:tcPr>
            <w:tcW w:w="1543" w:type="dxa"/>
          </w:tcPr>
          <w:p w14:paraId="2D72EB9C" w14:textId="3A3BDD33" w:rsidR="00221167" w:rsidRDefault="003B6233" w:rsidP="00F7477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543" w:type="dxa"/>
          </w:tcPr>
          <w:p w14:paraId="602ABEF8" w14:textId="77777777" w:rsidR="00221167" w:rsidRDefault="00221167" w:rsidP="00F74772">
            <w:pPr>
              <w:jc w:val="center"/>
            </w:pPr>
            <w:hyperlink r:id="rId27" w:history="1">
              <w:r w:rsidRPr="005926B1">
                <w:rPr>
                  <w:rStyle w:val="Hyperlink"/>
                </w:rPr>
                <w:t>Cycling</w:t>
              </w:r>
            </w:hyperlink>
          </w:p>
          <w:p w14:paraId="2CC58788" w14:textId="3D40A95D" w:rsidR="005926B1" w:rsidRDefault="005926B1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AE2D0C" wp14:editId="5E2FD2B8">
                  <wp:extent cx="574040" cy="762000"/>
                  <wp:effectExtent l="0" t="0" r="0" b="0"/>
                  <wp:docPr id="19351607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160760" name="Picture 193516076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80" cy="76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0ED274D" w14:textId="66321318" w:rsidR="00221167" w:rsidRDefault="003B6233" w:rsidP="00F74772">
            <w:pPr>
              <w:jc w:val="center"/>
            </w:pPr>
            <w:r>
              <w:t>Cycling</w:t>
            </w:r>
          </w:p>
        </w:tc>
        <w:tc>
          <w:tcPr>
            <w:tcW w:w="1656" w:type="dxa"/>
          </w:tcPr>
          <w:p w14:paraId="150985F9" w14:textId="7175CE26" w:rsidR="00221167" w:rsidRDefault="005926B1" w:rsidP="00F747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726D1B" wp14:editId="73D094D3">
                  <wp:extent cx="914400" cy="914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ycling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965627F" w14:textId="77777777" w:rsidR="00221167" w:rsidRDefault="00221167" w:rsidP="00F74772">
            <w:pPr>
              <w:jc w:val="center"/>
            </w:pPr>
          </w:p>
        </w:tc>
        <w:tc>
          <w:tcPr>
            <w:tcW w:w="1543" w:type="dxa"/>
          </w:tcPr>
          <w:p w14:paraId="31806F17" w14:textId="77777777" w:rsidR="00221167" w:rsidRDefault="00221167" w:rsidP="00F74772">
            <w:pPr>
              <w:jc w:val="center"/>
            </w:pPr>
          </w:p>
        </w:tc>
        <w:tc>
          <w:tcPr>
            <w:tcW w:w="1543" w:type="dxa"/>
          </w:tcPr>
          <w:p w14:paraId="27328DBD" w14:textId="77777777" w:rsidR="00221167" w:rsidRDefault="00221167" w:rsidP="00F74772">
            <w:pPr>
              <w:jc w:val="center"/>
            </w:pPr>
          </w:p>
        </w:tc>
      </w:tr>
      <w:tr w:rsidR="00820040" w14:paraId="58BF316C" w14:textId="77777777" w:rsidTr="00221167">
        <w:trPr>
          <w:jc w:val="center"/>
        </w:trPr>
        <w:tc>
          <w:tcPr>
            <w:tcW w:w="1543" w:type="dxa"/>
          </w:tcPr>
          <w:p w14:paraId="2911B59F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92B7073" w14:textId="13D898A4" w:rsidR="00820040" w:rsidRDefault="00116613" w:rsidP="00F74772">
            <w:pPr>
              <w:jc w:val="center"/>
            </w:pPr>
            <w:hyperlink r:id="rId30" w:history="1">
              <w:r w:rsidRPr="00221167">
                <w:rPr>
                  <w:rStyle w:val="Hyperlink"/>
                </w:rPr>
                <w:t>Engineer</w:t>
              </w:r>
            </w:hyperlink>
          </w:p>
          <w:p w14:paraId="27716CBB" w14:textId="20BB3B7A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E577D5" wp14:editId="6D5690FD">
                  <wp:extent cx="617093" cy="819150"/>
                  <wp:effectExtent l="0" t="0" r="0" b="0"/>
                  <wp:docPr id="21265654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565420" name="Picture 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564FEDA" w14:textId="25D9B956" w:rsidR="00820040" w:rsidRDefault="003B6233" w:rsidP="00F74772">
            <w:pPr>
              <w:jc w:val="center"/>
            </w:pPr>
            <w:r>
              <w:t>Engineering</w:t>
            </w:r>
          </w:p>
        </w:tc>
        <w:tc>
          <w:tcPr>
            <w:tcW w:w="1656" w:type="dxa"/>
          </w:tcPr>
          <w:p w14:paraId="4E91BE85" w14:textId="156CFC6E" w:rsidR="00820040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1CBD63" wp14:editId="169A4600">
                  <wp:extent cx="914400" cy="914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gineer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846DF8A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61FA8833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6347E8E9" w14:textId="77777777" w:rsidR="00820040" w:rsidRDefault="00820040" w:rsidP="00F74772">
            <w:pPr>
              <w:jc w:val="center"/>
            </w:pPr>
          </w:p>
        </w:tc>
      </w:tr>
      <w:tr w:rsidR="003B6233" w14:paraId="66A6E59C" w14:textId="77777777" w:rsidTr="00221167">
        <w:trPr>
          <w:jc w:val="center"/>
        </w:trPr>
        <w:tc>
          <w:tcPr>
            <w:tcW w:w="1543" w:type="dxa"/>
          </w:tcPr>
          <w:p w14:paraId="40C5C407" w14:textId="3E728D09" w:rsidR="003B6233" w:rsidRDefault="003B6233" w:rsidP="003B6233">
            <w:pPr>
              <w:jc w:val="center"/>
            </w:pPr>
            <w:r w:rsidRPr="00F9197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543" w:type="dxa"/>
          </w:tcPr>
          <w:p w14:paraId="6B75A14E" w14:textId="77777777" w:rsidR="003B6233" w:rsidRDefault="003B6233" w:rsidP="003B6233">
            <w:pPr>
              <w:jc w:val="center"/>
            </w:pPr>
            <w:hyperlink r:id="rId33" w:history="1">
              <w:r w:rsidRPr="00221167">
                <w:rPr>
                  <w:rStyle w:val="Hyperlink"/>
                </w:rPr>
                <w:t>Estimations</w:t>
              </w:r>
            </w:hyperlink>
          </w:p>
          <w:p w14:paraId="7DFE17FB" w14:textId="56BB5CFD" w:rsidR="003B6233" w:rsidRDefault="003B6233" w:rsidP="003B623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EB2D59" wp14:editId="2F961FB6">
                  <wp:extent cx="617093" cy="819150"/>
                  <wp:effectExtent l="0" t="0" r="0" b="0"/>
                  <wp:docPr id="3753991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399168" name="Picture 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7EAF76A" w14:textId="5C5195D8" w:rsidR="003B6233" w:rsidRDefault="003B6233" w:rsidP="003B6233">
            <w:pPr>
              <w:jc w:val="center"/>
            </w:pPr>
            <w:r>
              <w:t>Math</w:t>
            </w:r>
          </w:p>
        </w:tc>
        <w:tc>
          <w:tcPr>
            <w:tcW w:w="1656" w:type="dxa"/>
          </w:tcPr>
          <w:p w14:paraId="2C226178" w14:textId="362958A2" w:rsidR="003B6233" w:rsidRDefault="003B6233" w:rsidP="003B623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3A14CB" wp14:editId="2E3C96B3">
                  <wp:extent cx="914400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timations.pn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E0208C4" w14:textId="77777777" w:rsidR="003B6233" w:rsidRDefault="003B6233" w:rsidP="003B6233">
            <w:pPr>
              <w:jc w:val="center"/>
            </w:pPr>
          </w:p>
        </w:tc>
        <w:tc>
          <w:tcPr>
            <w:tcW w:w="1543" w:type="dxa"/>
          </w:tcPr>
          <w:p w14:paraId="6F172EAD" w14:textId="77777777" w:rsidR="003B6233" w:rsidRDefault="003B6233" w:rsidP="003B6233">
            <w:pPr>
              <w:jc w:val="center"/>
            </w:pPr>
          </w:p>
        </w:tc>
        <w:tc>
          <w:tcPr>
            <w:tcW w:w="1543" w:type="dxa"/>
          </w:tcPr>
          <w:p w14:paraId="67669D21" w14:textId="77777777" w:rsidR="003B6233" w:rsidRDefault="003B6233" w:rsidP="003B6233">
            <w:pPr>
              <w:jc w:val="center"/>
            </w:pPr>
          </w:p>
        </w:tc>
      </w:tr>
      <w:tr w:rsidR="003B6233" w14:paraId="2E8288B5" w14:textId="77777777" w:rsidTr="00221167">
        <w:trPr>
          <w:jc w:val="center"/>
        </w:trPr>
        <w:tc>
          <w:tcPr>
            <w:tcW w:w="1543" w:type="dxa"/>
          </w:tcPr>
          <w:p w14:paraId="7E189783" w14:textId="4B9965F7" w:rsidR="003B6233" w:rsidRDefault="003B6233" w:rsidP="003B6233">
            <w:pPr>
              <w:jc w:val="center"/>
            </w:pPr>
            <w:r w:rsidRPr="00F9197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543" w:type="dxa"/>
          </w:tcPr>
          <w:p w14:paraId="3FAA805F" w14:textId="77777777" w:rsidR="003B6233" w:rsidRDefault="003B6233" w:rsidP="003B6233">
            <w:pPr>
              <w:jc w:val="center"/>
            </w:pPr>
            <w:hyperlink r:id="rId36" w:history="1">
              <w:r w:rsidRPr="00221167">
                <w:rPr>
                  <w:rStyle w:val="Hyperlink"/>
                </w:rPr>
                <w:t>Fishing</w:t>
              </w:r>
            </w:hyperlink>
          </w:p>
          <w:p w14:paraId="10798B2E" w14:textId="0296CB25" w:rsidR="003B6233" w:rsidRDefault="003B6233" w:rsidP="003B623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FBFAD8" wp14:editId="40EF195D">
                  <wp:extent cx="617093" cy="819150"/>
                  <wp:effectExtent l="0" t="0" r="0" b="0"/>
                  <wp:docPr id="2519751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975195" name="Picture 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1DD30AA" w14:textId="6D3835BF" w:rsidR="003B6233" w:rsidRDefault="003B6233" w:rsidP="003B6233">
            <w:pPr>
              <w:jc w:val="center"/>
            </w:pPr>
            <w:r>
              <w:t>Fishing</w:t>
            </w:r>
          </w:p>
        </w:tc>
        <w:tc>
          <w:tcPr>
            <w:tcW w:w="1656" w:type="dxa"/>
          </w:tcPr>
          <w:p w14:paraId="3DA0B224" w14:textId="1125271E" w:rsidR="003B6233" w:rsidRDefault="003B6233" w:rsidP="003B623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5A7174" wp14:editId="7DBF5AE2">
                  <wp:extent cx="914400" cy="9144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shing.pn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8DED463" w14:textId="77777777" w:rsidR="003B6233" w:rsidRDefault="003B6233" w:rsidP="003B6233">
            <w:pPr>
              <w:jc w:val="center"/>
            </w:pPr>
          </w:p>
        </w:tc>
        <w:tc>
          <w:tcPr>
            <w:tcW w:w="1543" w:type="dxa"/>
          </w:tcPr>
          <w:p w14:paraId="7786B47A" w14:textId="77777777" w:rsidR="003B6233" w:rsidRDefault="003B6233" w:rsidP="003B6233">
            <w:pPr>
              <w:jc w:val="center"/>
            </w:pPr>
          </w:p>
        </w:tc>
        <w:tc>
          <w:tcPr>
            <w:tcW w:w="1543" w:type="dxa"/>
          </w:tcPr>
          <w:p w14:paraId="05C69659" w14:textId="77777777" w:rsidR="003B6233" w:rsidRDefault="003B6233" w:rsidP="003B6233">
            <w:pPr>
              <w:jc w:val="center"/>
            </w:pPr>
          </w:p>
        </w:tc>
      </w:tr>
      <w:tr w:rsidR="00820040" w14:paraId="36BCC8BD" w14:textId="77777777" w:rsidTr="00221167">
        <w:trPr>
          <w:jc w:val="center"/>
        </w:trPr>
        <w:tc>
          <w:tcPr>
            <w:tcW w:w="1543" w:type="dxa"/>
          </w:tcPr>
          <w:p w14:paraId="39D7E2F6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A626B92" w14:textId="3B11185C" w:rsidR="00820040" w:rsidRDefault="00116613" w:rsidP="00F74772">
            <w:pPr>
              <w:jc w:val="center"/>
            </w:pPr>
            <w:hyperlink r:id="rId39" w:history="1">
              <w:r w:rsidRPr="00221167">
                <w:rPr>
                  <w:rStyle w:val="Hyperlink"/>
                </w:rPr>
                <w:t>High Tech Outdoors</w:t>
              </w:r>
            </w:hyperlink>
          </w:p>
          <w:p w14:paraId="2A2AD255" w14:textId="3F54B4CB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A8A611" wp14:editId="175B20FD">
                  <wp:extent cx="617093" cy="819150"/>
                  <wp:effectExtent l="0" t="0" r="0" b="0"/>
                  <wp:docPr id="8564153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415322" name="Picture 1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7D3CDFC" w14:textId="00BB429D" w:rsidR="00820040" w:rsidRDefault="003B6233" w:rsidP="00F74772">
            <w:pPr>
              <w:jc w:val="center"/>
            </w:pPr>
            <w:r>
              <w:t>Technology</w:t>
            </w:r>
          </w:p>
        </w:tc>
        <w:tc>
          <w:tcPr>
            <w:tcW w:w="1656" w:type="dxa"/>
          </w:tcPr>
          <w:p w14:paraId="239224D9" w14:textId="1220CF5C" w:rsidR="00820040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FBF69" wp14:editId="4A1EE175">
                  <wp:extent cx="914400" cy="9144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igh_Tech_Outdoors.png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89C6CAD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64020C80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3DA67AAB" w14:textId="77777777" w:rsidR="00820040" w:rsidRDefault="00820040" w:rsidP="00F74772">
            <w:pPr>
              <w:jc w:val="center"/>
            </w:pPr>
          </w:p>
        </w:tc>
      </w:tr>
      <w:tr w:rsidR="00820040" w14:paraId="41CA00D4" w14:textId="77777777" w:rsidTr="00221167">
        <w:trPr>
          <w:jc w:val="center"/>
        </w:trPr>
        <w:tc>
          <w:tcPr>
            <w:tcW w:w="1543" w:type="dxa"/>
          </w:tcPr>
          <w:p w14:paraId="036DD39B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35F98227" w14:textId="27723388" w:rsidR="00820040" w:rsidRDefault="00116613" w:rsidP="00F74772">
            <w:pPr>
              <w:jc w:val="center"/>
            </w:pPr>
            <w:hyperlink r:id="rId42" w:history="1">
              <w:r w:rsidRPr="005926B1">
                <w:rPr>
                  <w:rStyle w:val="Hyperlink"/>
                </w:rPr>
                <w:t>Into the Wild</w:t>
              </w:r>
            </w:hyperlink>
          </w:p>
          <w:p w14:paraId="275B85BA" w14:textId="110396FC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C403C8" wp14:editId="7D1B4F15">
                  <wp:extent cx="617093" cy="819150"/>
                  <wp:effectExtent l="0" t="0" r="0" b="0"/>
                  <wp:docPr id="10425929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592937" name="Picture 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D25EEAF" w14:textId="5C4651ED" w:rsidR="00820040" w:rsidRDefault="00022FFD" w:rsidP="00F74772">
            <w:pPr>
              <w:jc w:val="center"/>
            </w:pPr>
            <w:r>
              <w:t>Nature - Animals</w:t>
            </w:r>
          </w:p>
        </w:tc>
        <w:tc>
          <w:tcPr>
            <w:tcW w:w="1656" w:type="dxa"/>
          </w:tcPr>
          <w:p w14:paraId="33429FAB" w14:textId="50856F5D" w:rsidR="00820040" w:rsidRDefault="005926B1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0E18BB" wp14:editId="79D77E85">
                  <wp:extent cx="914400" cy="9144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o_the_Wild.png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DF432C6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3C4C8CA1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5FBBC6E4" w14:textId="77777777" w:rsidR="00820040" w:rsidRDefault="00820040" w:rsidP="00F74772">
            <w:pPr>
              <w:jc w:val="center"/>
            </w:pPr>
          </w:p>
        </w:tc>
      </w:tr>
    </w:tbl>
    <w:p w14:paraId="1DEDDCCD" w14:textId="77777777" w:rsidR="003B6233" w:rsidRDefault="003B6233"/>
    <w:p w14:paraId="2FACE169" w14:textId="77777777" w:rsidR="003B6233" w:rsidRDefault="003B6233"/>
    <w:p w14:paraId="1FC37F4B" w14:textId="77777777" w:rsidR="003B6233" w:rsidRDefault="003B6233"/>
    <w:p w14:paraId="3AFACEEC" w14:textId="1F324FED" w:rsidR="003B6233" w:rsidRDefault="003B6233" w:rsidP="003B6233">
      <w:pPr>
        <w:pStyle w:val="Heading2"/>
      </w:pPr>
      <w:r>
        <w:rPr>
          <w:rFonts w:ascii="Segoe UI Emoji" w:hAnsi="Segoe UI Emoji" w:cs="Segoe UI Emoji"/>
        </w:rPr>
        <w:lastRenderedPageBreak/>
        <w:t>🟩</w:t>
      </w:r>
      <w:r>
        <w:t xml:space="preserve"> Elective Adventures (cont’d.)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1537"/>
        <w:gridCol w:w="1537"/>
        <w:gridCol w:w="1656"/>
        <w:gridCol w:w="1516"/>
        <w:gridCol w:w="1529"/>
        <w:gridCol w:w="1506"/>
      </w:tblGrid>
      <w:tr w:rsidR="003B6233" w:rsidRPr="00F74772" w14:paraId="604BB7BB" w14:textId="77777777" w:rsidTr="002177FD">
        <w:trPr>
          <w:jc w:val="center"/>
        </w:trPr>
        <w:tc>
          <w:tcPr>
            <w:tcW w:w="1543" w:type="dxa"/>
          </w:tcPr>
          <w:p w14:paraId="42E10781" w14:textId="77777777" w:rsidR="003B6233" w:rsidRPr="00F74772" w:rsidRDefault="003B6233" w:rsidP="002177FD">
            <w:pPr>
              <w:jc w:val="center"/>
              <w:rPr>
                <w:b/>
                <w:bCs/>
              </w:rPr>
            </w:pPr>
            <w:r w:rsidRPr="00F74772">
              <w:rPr>
                <w:rFonts w:ascii="Segoe UI Emoji" w:hAnsi="Segoe UI Emoji" w:cs="Segoe UI Emoji"/>
                <w:b/>
                <w:bCs/>
              </w:rPr>
              <w:t>⭐</w:t>
            </w:r>
            <w:r w:rsidRPr="00F74772">
              <w:rPr>
                <w:b/>
                <w:bCs/>
              </w:rPr>
              <w:t xml:space="preserve"> Pack Event?</w:t>
            </w:r>
          </w:p>
        </w:tc>
        <w:tc>
          <w:tcPr>
            <w:tcW w:w="1543" w:type="dxa"/>
          </w:tcPr>
          <w:p w14:paraId="4DE9BC8D" w14:textId="77777777" w:rsidR="003B6233" w:rsidRPr="00F74772" w:rsidRDefault="003B6233" w:rsidP="002177FD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1AF33B27" w14:textId="77777777" w:rsidR="003B6233" w:rsidRPr="00F74772" w:rsidRDefault="003B6233" w:rsidP="002177FD">
            <w:pPr>
              <w:jc w:val="center"/>
              <w:rPr>
                <w:b/>
                <w:bCs/>
              </w:rPr>
            </w:pPr>
            <w:r w:rsidRPr="00F74772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0030F70D" w14:textId="77777777" w:rsidR="003B6233" w:rsidRPr="00F74772" w:rsidRDefault="003B6233" w:rsidP="002177FD">
            <w:pPr>
              <w:jc w:val="center"/>
              <w:rPr>
                <w:b/>
                <w:bCs/>
              </w:rPr>
            </w:pPr>
            <w:r w:rsidRPr="00F74772">
              <w:rPr>
                <w:rFonts w:ascii="Segoe UI Emoji" w:hAnsi="Segoe UI Emoji" w:cs="Segoe UI Emoji"/>
                <w:b/>
                <w:bCs/>
              </w:rPr>
              <w:t>📱</w:t>
            </w:r>
            <w:r w:rsidRPr="00F74772">
              <w:rPr>
                <w:b/>
                <w:bCs/>
              </w:rPr>
              <w:t xml:space="preserve"> Adventure Guide</w:t>
            </w:r>
            <w:r w:rsidRPr="00F74772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718263D1" w14:textId="77777777" w:rsidR="003B6233" w:rsidRPr="00F74772" w:rsidRDefault="003B6233" w:rsidP="002177FD">
            <w:pPr>
              <w:jc w:val="center"/>
              <w:rPr>
                <w:b/>
                <w:bCs/>
              </w:rPr>
            </w:pPr>
            <w:r w:rsidRPr="00F74772">
              <w:rPr>
                <w:rFonts w:ascii="Segoe UI Emoji" w:hAnsi="Segoe UI Emoji" w:cs="Segoe UI Emoji"/>
                <w:b/>
                <w:bCs/>
              </w:rPr>
              <w:t>📅</w:t>
            </w:r>
            <w:r w:rsidRPr="00F74772">
              <w:rPr>
                <w:b/>
                <w:bCs/>
              </w:rPr>
              <w:t xml:space="preserve"> Meeting Date</w:t>
            </w:r>
          </w:p>
        </w:tc>
        <w:tc>
          <w:tcPr>
            <w:tcW w:w="1543" w:type="dxa"/>
          </w:tcPr>
          <w:p w14:paraId="323C4EAD" w14:textId="77777777" w:rsidR="003B6233" w:rsidRPr="00F74772" w:rsidRDefault="003B6233" w:rsidP="002177FD">
            <w:pPr>
              <w:jc w:val="center"/>
              <w:rPr>
                <w:b/>
                <w:bCs/>
              </w:rPr>
            </w:pPr>
            <w:r w:rsidRPr="00F74772">
              <w:rPr>
                <w:rFonts w:ascii="Segoe UI Emoji" w:hAnsi="Segoe UI Emoji" w:cs="Segoe UI Emoji"/>
                <w:b/>
                <w:bCs/>
              </w:rPr>
              <w:t>🧭</w:t>
            </w:r>
            <w:r w:rsidRPr="00F74772">
              <w:rPr>
                <w:b/>
                <w:bCs/>
              </w:rPr>
              <w:t xml:space="preserve"> Adventure Host</w:t>
            </w:r>
          </w:p>
        </w:tc>
        <w:tc>
          <w:tcPr>
            <w:tcW w:w="1543" w:type="dxa"/>
          </w:tcPr>
          <w:p w14:paraId="4EA30D8D" w14:textId="77777777" w:rsidR="003B6233" w:rsidRPr="00F74772" w:rsidRDefault="003B6233" w:rsidP="002177FD">
            <w:pPr>
              <w:jc w:val="center"/>
              <w:rPr>
                <w:b/>
                <w:bCs/>
              </w:rPr>
            </w:pPr>
            <w:r w:rsidRPr="00F74772">
              <w:rPr>
                <w:rFonts w:ascii="Segoe UI Emoji" w:hAnsi="Segoe UI Emoji" w:cs="Segoe UI Emoji"/>
                <w:b/>
                <w:bCs/>
              </w:rPr>
              <w:t>📞</w:t>
            </w:r>
            <w:r w:rsidRPr="00F74772">
              <w:rPr>
                <w:b/>
                <w:bCs/>
              </w:rPr>
              <w:t xml:space="preserve"> Phone</w:t>
            </w:r>
          </w:p>
        </w:tc>
      </w:tr>
      <w:tr w:rsidR="00820040" w14:paraId="52A1D792" w14:textId="77777777" w:rsidTr="00221167">
        <w:trPr>
          <w:jc w:val="center"/>
        </w:trPr>
        <w:tc>
          <w:tcPr>
            <w:tcW w:w="1543" w:type="dxa"/>
          </w:tcPr>
          <w:p w14:paraId="7D8EA359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68D0624" w14:textId="47521DB4" w:rsidR="00820040" w:rsidRDefault="00116613" w:rsidP="00F74772">
            <w:pPr>
              <w:jc w:val="center"/>
            </w:pPr>
            <w:hyperlink r:id="rId45" w:history="1">
              <w:r w:rsidRPr="005926B1">
                <w:rPr>
                  <w:rStyle w:val="Hyperlink"/>
                </w:rPr>
                <w:t>Into the Woods</w:t>
              </w:r>
            </w:hyperlink>
          </w:p>
          <w:p w14:paraId="641D8178" w14:textId="7B04AFC4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D7E1D8" wp14:editId="2891890B">
                  <wp:extent cx="617093" cy="819150"/>
                  <wp:effectExtent l="0" t="0" r="0" b="0"/>
                  <wp:docPr id="9467661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766164" name="Picture 1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AFCC769" w14:textId="3AA15E42" w:rsidR="00820040" w:rsidRDefault="00022FFD" w:rsidP="00F74772">
            <w:pPr>
              <w:jc w:val="center"/>
            </w:pPr>
            <w:r>
              <w:t>Nature - Trees</w:t>
            </w:r>
          </w:p>
        </w:tc>
        <w:tc>
          <w:tcPr>
            <w:tcW w:w="1656" w:type="dxa"/>
          </w:tcPr>
          <w:p w14:paraId="2E7AF9C9" w14:textId="2B0A18A6" w:rsidR="00820040" w:rsidRDefault="005926B1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60609C" wp14:editId="35672560">
                  <wp:extent cx="914400" cy="9144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o_the_Woods.png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ECD6A6A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6978288A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41B833A3" w14:textId="77777777" w:rsidR="00820040" w:rsidRDefault="00820040" w:rsidP="00F74772">
            <w:pPr>
              <w:jc w:val="center"/>
            </w:pPr>
          </w:p>
        </w:tc>
      </w:tr>
      <w:tr w:rsidR="00820040" w14:paraId="5D35CC08" w14:textId="77777777" w:rsidTr="00221167">
        <w:trPr>
          <w:jc w:val="center"/>
        </w:trPr>
        <w:tc>
          <w:tcPr>
            <w:tcW w:w="1543" w:type="dxa"/>
          </w:tcPr>
          <w:p w14:paraId="25D7D056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43577738" w14:textId="47B46CB9" w:rsidR="00820040" w:rsidRDefault="00116613" w:rsidP="00F74772">
            <w:pPr>
              <w:jc w:val="center"/>
            </w:pPr>
            <w:hyperlink r:id="rId48" w:history="1">
              <w:r w:rsidRPr="005926B1">
                <w:rPr>
                  <w:rStyle w:val="Hyperlink"/>
                </w:rPr>
                <w:t>Knife Safety</w:t>
              </w:r>
            </w:hyperlink>
          </w:p>
          <w:p w14:paraId="636033FA" w14:textId="3B37DD69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35D2EB" wp14:editId="180E0A6D">
                  <wp:extent cx="617093" cy="819150"/>
                  <wp:effectExtent l="0" t="0" r="0" b="0"/>
                  <wp:docPr id="1250102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10275" name="Picture 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CB6FB9F" w14:textId="0D73374F" w:rsidR="00820040" w:rsidRDefault="003B6233" w:rsidP="00F74772">
            <w:pPr>
              <w:jc w:val="center"/>
            </w:pPr>
            <w:r>
              <w:t>Knife Safety</w:t>
            </w:r>
          </w:p>
        </w:tc>
        <w:tc>
          <w:tcPr>
            <w:tcW w:w="1656" w:type="dxa"/>
          </w:tcPr>
          <w:p w14:paraId="12E001FE" w14:textId="53D332FF" w:rsidR="00820040" w:rsidRDefault="005926B1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584351" wp14:editId="1D1B5CBC">
                  <wp:extent cx="914400" cy="914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nife_Safety.png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6B9313C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79A29AF8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6E200391" w14:textId="77777777" w:rsidR="00820040" w:rsidRDefault="00820040" w:rsidP="00F74772">
            <w:pPr>
              <w:jc w:val="center"/>
            </w:pPr>
          </w:p>
        </w:tc>
      </w:tr>
      <w:tr w:rsidR="005926B1" w14:paraId="3E2795A4" w14:textId="77777777" w:rsidTr="00221167">
        <w:trPr>
          <w:jc w:val="center"/>
        </w:trPr>
        <w:tc>
          <w:tcPr>
            <w:tcW w:w="1543" w:type="dxa"/>
          </w:tcPr>
          <w:p w14:paraId="64BB011C" w14:textId="56E98A73" w:rsidR="005926B1" w:rsidRDefault="003B6233" w:rsidP="00F7477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543" w:type="dxa"/>
          </w:tcPr>
          <w:p w14:paraId="0297EDE3" w14:textId="77777777" w:rsidR="005926B1" w:rsidRDefault="005926B1" w:rsidP="00F74772">
            <w:pPr>
              <w:jc w:val="center"/>
            </w:pPr>
            <w:hyperlink r:id="rId51" w:history="1">
              <w:proofErr w:type="spellStart"/>
              <w:r w:rsidRPr="005926B1">
                <w:rPr>
                  <w:rStyle w:val="Hyperlink"/>
                </w:rPr>
                <w:t>Paddlecraft</w:t>
              </w:r>
              <w:proofErr w:type="spellEnd"/>
            </w:hyperlink>
          </w:p>
          <w:p w14:paraId="75268A5A" w14:textId="198DD7D6" w:rsidR="005926B1" w:rsidRDefault="005926B1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9DF353" wp14:editId="1352EB39">
                  <wp:extent cx="617093" cy="819150"/>
                  <wp:effectExtent l="0" t="0" r="0" b="0"/>
                  <wp:docPr id="243396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39636" name="Picture 1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2969036" w14:textId="6B979F19" w:rsidR="005926B1" w:rsidRDefault="003B6233" w:rsidP="00F74772">
            <w:pPr>
              <w:jc w:val="center"/>
            </w:pPr>
            <w:proofErr w:type="spellStart"/>
            <w:r>
              <w:t>Paddlecraft</w:t>
            </w:r>
            <w:proofErr w:type="spellEnd"/>
          </w:p>
        </w:tc>
        <w:tc>
          <w:tcPr>
            <w:tcW w:w="1656" w:type="dxa"/>
          </w:tcPr>
          <w:p w14:paraId="452748A6" w14:textId="46D66DEE" w:rsidR="005926B1" w:rsidRDefault="005926B1" w:rsidP="00F747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442B03" wp14:editId="7132ECFA">
                  <wp:extent cx="914400" cy="9144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dle_Craft.png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F1AEAC4" w14:textId="77777777" w:rsidR="005926B1" w:rsidRDefault="005926B1" w:rsidP="00F74772">
            <w:pPr>
              <w:jc w:val="center"/>
            </w:pPr>
          </w:p>
        </w:tc>
        <w:tc>
          <w:tcPr>
            <w:tcW w:w="1543" w:type="dxa"/>
          </w:tcPr>
          <w:p w14:paraId="16AD083E" w14:textId="77777777" w:rsidR="005926B1" w:rsidRDefault="005926B1" w:rsidP="00F74772">
            <w:pPr>
              <w:jc w:val="center"/>
            </w:pPr>
          </w:p>
        </w:tc>
        <w:tc>
          <w:tcPr>
            <w:tcW w:w="1543" w:type="dxa"/>
          </w:tcPr>
          <w:p w14:paraId="0721FE5B" w14:textId="77777777" w:rsidR="005926B1" w:rsidRDefault="005926B1" w:rsidP="00F74772">
            <w:pPr>
              <w:jc w:val="center"/>
            </w:pPr>
          </w:p>
        </w:tc>
      </w:tr>
      <w:tr w:rsidR="00820040" w14:paraId="0AF443A0" w14:textId="77777777" w:rsidTr="00221167">
        <w:trPr>
          <w:jc w:val="center"/>
        </w:trPr>
        <w:tc>
          <w:tcPr>
            <w:tcW w:w="1543" w:type="dxa"/>
          </w:tcPr>
          <w:p w14:paraId="73E14092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FD387D6" w14:textId="4802AC6C" w:rsidR="00820040" w:rsidRDefault="00116613" w:rsidP="00F74772">
            <w:pPr>
              <w:jc w:val="center"/>
            </w:pPr>
            <w:hyperlink r:id="rId54" w:history="1">
              <w:r w:rsidRPr="005926B1">
                <w:rPr>
                  <w:rStyle w:val="Hyperlink"/>
                </w:rPr>
                <w:t>Race Time</w:t>
              </w:r>
              <w:r w:rsidR="00221167" w:rsidRPr="005926B1">
                <w:rPr>
                  <w:rStyle w:val="Hyperlink"/>
                </w:rPr>
                <w:t xml:space="preserve"> AOL</w:t>
              </w:r>
            </w:hyperlink>
          </w:p>
          <w:p w14:paraId="23770FEF" w14:textId="4887B166" w:rsidR="00221167" w:rsidRDefault="00221167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AD68B4" wp14:editId="52E656BE">
                  <wp:extent cx="617093" cy="819150"/>
                  <wp:effectExtent l="0" t="0" r="0" b="0"/>
                  <wp:docPr id="1746221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221326" name="Picture 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9AB1712" w14:textId="3629332E" w:rsidR="00820040" w:rsidRDefault="003B6233" w:rsidP="00F74772">
            <w:pPr>
              <w:jc w:val="center"/>
            </w:pPr>
            <w:r>
              <w:t xml:space="preserve">Pinewood Derby &amp; </w:t>
            </w:r>
            <w:proofErr w:type="spellStart"/>
            <w:r>
              <w:t>Raingutter</w:t>
            </w:r>
            <w:proofErr w:type="spellEnd"/>
            <w:r>
              <w:t xml:space="preserve"> Regatta</w:t>
            </w:r>
          </w:p>
        </w:tc>
        <w:tc>
          <w:tcPr>
            <w:tcW w:w="1656" w:type="dxa"/>
          </w:tcPr>
          <w:p w14:paraId="23A0DFD0" w14:textId="1D19CF6E" w:rsidR="00820040" w:rsidRDefault="005926B1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DE54FA" wp14:editId="5A6ECFDD">
                  <wp:extent cx="914400" cy="9144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ce_Time_Arrow_of_Light.png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DB6F2F8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1E940E14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30ECE404" w14:textId="77777777" w:rsidR="00820040" w:rsidRDefault="00820040" w:rsidP="00F74772">
            <w:pPr>
              <w:jc w:val="center"/>
            </w:pPr>
          </w:p>
        </w:tc>
      </w:tr>
      <w:tr w:rsidR="00820040" w14:paraId="221DE693" w14:textId="77777777" w:rsidTr="00221167">
        <w:trPr>
          <w:jc w:val="center"/>
        </w:trPr>
        <w:tc>
          <w:tcPr>
            <w:tcW w:w="1543" w:type="dxa"/>
          </w:tcPr>
          <w:p w14:paraId="57D30041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787323D" w14:textId="77777777" w:rsidR="00820040" w:rsidRDefault="00116613" w:rsidP="00F74772">
            <w:pPr>
              <w:jc w:val="center"/>
            </w:pPr>
            <w:hyperlink r:id="rId57" w:history="1">
              <w:r w:rsidRPr="005926B1">
                <w:rPr>
                  <w:rStyle w:val="Hyperlink"/>
                </w:rPr>
                <w:t>Swimming</w:t>
              </w:r>
            </w:hyperlink>
          </w:p>
          <w:p w14:paraId="54BDA11E" w14:textId="43903B77" w:rsidR="005926B1" w:rsidRDefault="005926B1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46141B" wp14:editId="3320DF81">
                  <wp:extent cx="617093" cy="819150"/>
                  <wp:effectExtent l="0" t="0" r="0" b="0"/>
                  <wp:docPr id="18846312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631214" name="Picture 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9DADE22" w14:textId="18B864B5" w:rsidR="00820040" w:rsidRDefault="003B6233" w:rsidP="00F74772">
            <w:pPr>
              <w:jc w:val="center"/>
            </w:pPr>
            <w:r>
              <w:t>Swimming</w:t>
            </w:r>
          </w:p>
        </w:tc>
        <w:tc>
          <w:tcPr>
            <w:tcW w:w="1656" w:type="dxa"/>
          </w:tcPr>
          <w:p w14:paraId="2C8876D9" w14:textId="4AE47FEA" w:rsidR="00820040" w:rsidRDefault="005926B1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0C0229" wp14:editId="56BBA3AD">
                  <wp:extent cx="914400" cy="9144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wimming.png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A443B07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76992700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6C7A1253" w14:textId="77777777" w:rsidR="00820040" w:rsidRDefault="00820040" w:rsidP="00F74772">
            <w:pPr>
              <w:jc w:val="center"/>
            </w:pPr>
          </w:p>
        </w:tc>
      </w:tr>
      <w:tr w:rsidR="00820040" w14:paraId="78D437C3" w14:textId="77777777" w:rsidTr="00221167">
        <w:trPr>
          <w:jc w:val="center"/>
        </w:trPr>
        <w:tc>
          <w:tcPr>
            <w:tcW w:w="1543" w:type="dxa"/>
          </w:tcPr>
          <w:p w14:paraId="702368F2" w14:textId="77777777" w:rsidR="00820040" w:rsidRDefault="00116613" w:rsidP="00F74772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97DFA10" w14:textId="5B102193" w:rsidR="005926B1" w:rsidRDefault="005926B1" w:rsidP="00F74772">
            <w:pPr>
              <w:jc w:val="center"/>
            </w:pPr>
            <w:hyperlink r:id="rId60" w:history="1">
              <w:r w:rsidRPr="005926B1">
                <w:rPr>
                  <w:rStyle w:val="Hyperlink"/>
                </w:rPr>
                <w:t>Summertime Fun Arrow of Light</w:t>
              </w:r>
              <w:r w:rsidRPr="005926B1">
                <w:rPr>
                  <w:rStyle w:val="Hyperlink"/>
                  <w:noProof/>
                </w:rPr>
                <w:t xml:space="preserve"> </w:t>
              </w:r>
            </w:hyperlink>
            <w:r>
              <w:rPr>
                <w:noProof/>
              </w:rPr>
              <w:drawing>
                <wp:inline distT="0" distB="0" distL="0" distR="0" wp14:anchorId="4A934BEB" wp14:editId="12E1D1BC">
                  <wp:extent cx="617093" cy="819150"/>
                  <wp:effectExtent l="0" t="0" r="0" b="0"/>
                  <wp:docPr id="15522748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274842" name="Picture 1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3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0EEEBE4" w14:textId="0D564E3D" w:rsidR="00820040" w:rsidRDefault="003B6233" w:rsidP="00F74772">
            <w:pPr>
              <w:jc w:val="center"/>
            </w:pPr>
            <w:r>
              <w:t>Summertime Fun</w:t>
            </w:r>
          </w:p>
        </w:tc>
        <w:tc>
          <w:tcPr>
            <w:tcW w:w="1656" w:type="dxa"/>
          </w:tcPr>
          <w:p w14:paraId="38DC4685" w14:textId="0A9783B0" w:rsidR="00820040" w:rsidRDefault="005926B1" w:rsidP="00F747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A3B786" wp14:editId="30C47F8D">
                  <wp:extent cx="914400" cy="9144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mmertime_Fun_Arrow_of_Light.png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58A3B19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530A25AB" w14:textId="77777777" w:rsidR="00820040" w:rsidRDefault="00820040" w:rsidP="00F74772">
            <w:pPr>
              <w:jc w:val="center"/>
            </w:pPr>
          </w:p>
        </w:tc>
        <w:tc>
          <w:tcPr>
            <w:tcW w:w="1543" w:type="dxa"/>
          </w:tcPr>
          <w:p w14:paraId="4753E710" w14:textId="77777777" w:rsidR="00820040" w:rsidRDefault="00820040" w:rsidP="00F74772">
            <w:pPr>
              <w:jc w:val="center"/>
            </w:pPr>
          </w:p>
        </w:tc>
      </w:tr>
    </w:tbl>
    <w:p w14:paraId="59AE8DB6" w14:textId="77777777" w:rsidR="00820040" w:rsidRDefault="00820040" w:rsidP="005926B1"/>
    <w:sectPr w:rsidR="00820040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9542678">
    <w:abstractNumId w:val="8"/>
  </w:num>
  <w:num w:numId="2" w16cid:durableId="328487387">
    <w:abstractNumId w:val="6"/>
  </w:num>
  <w:num w:numId="3" w16cid:durableId="2030329415">
    <w:abstractNumId w:val="5"/>
  </w:num>
  <w:num w:numId="4" w16cid:durableId="349138797">
    <w:abstractNumId w:val="4"/>
  </w:num>
  <w:num w:numId="5" w16cid:durableId="1199928697">
    <w:abstractNumId w:val="7"/>
  </w:num>
  <w:num w:numId="6" w16cid:durableId="1062338582">
    <w:abstractNumId w:val="3"/>
  </w:num>
  <w:num w:numId="7" w16cid:durableId="1407923117">
    <w:abstractNumId w:val="2"/>
  </w:num>
  <w:num w:numId="8" w16cid:durableId="1603759572">
    <w:abstractNumId w:val="1"/>
  </w:num>
  <w:num w:numId="9" w16cid:durableId="36352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FFD"/>
    <w:rsid w:val="00034616"/>
    <w:rsid w:val="0006063C"/>
    <w:rsid w:val="00116613"/>
    <w:rsid w:val="0015074B"/>
    <w:rsid w:val="0019476B"/>
    <w:rsid w:val="00221167"/>
    <w:rsid w:val="0029639D"/>
    <w:rsid w:val="00326F90"/>
    <w:rsid w:val="003B6233"/>
    <w:rsid w:val="003E6377"/>
    <w:rsid w:val="005926B1"/>
    <w:rsid w:val="007E291E"/>
    <w:rsid w:val="00820040"/>
    <w:rsid w:val="00842B18"/>
    <w:rsid w:val="00950C74"/>
    <w:rsid w:val="00A97DBF"/>
    <w:rsid w:val="00AA1D8D"/>
    <w:rsid w:val="00B47730"/>
    <w:rsid w:val="00CB0664"/>
    <w:rsid w:val="00E745CD"/>
    <w:rsid w:val="00F747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670516"/>
  <w14:defaultImageDpi w14:val="300"/>
  <w15:docId w15:val="{823BD286-B0D2-4762-9586-DB39FDC5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747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11.png"/><Relationship Id="rId34" Type="http://schemas.openxmlformats.org/officeDocument/2006/relationships/image" Target="media/image19.jpg"/><Relationship Id="rId42" Type="http://schemas.openxmlformats.org/officeDocument/2006/relationships/hyperlink" Target="https://www.scouting.org/cub-scout-adventures/into-the-wild/" TargetMode="External"/><Relationship Id="rId47" Type="http://schemas.openxmlformats.org/officeDocument/2006/relationships/image" Target="media/image28.png"/><Relationship Id="rId50" Type="http://schemas.openxmlformats.org/officeDocument/2006/relationships/image" Target="media/image30.png"/><Relationship Id="rId55" Type="http://schemas.openxmlformats.org/officeDocument/2006/relationships/image" Target="media/image33.jpg"/><Relationship Id="rId63" Type="http://schemas.openxmlformats.org/officeDocument/2006/relationships/fontTable" Target="fontTable.xml"/><Relationship Id="rId7" Type="http://schemas.openxmlformats.org/officeDocument/2006/relationships/hyperlink" Target="https://www.scouting.org/cub-scout-adventures/bobcat-arrow-of-ligh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outing.org/cub-scout-adventures/outdoor-adventurer/" TargetMode="External"/><Relationship Id="rId29" Type="http://schemas.openxmlformats.org/officeDocument/2006/relationships/image" Target="media/image16.png"/><Relationship Id="rId11" Type="http://schemas.openxmlformats.org/officeDocument/2006/relationships/image" Target="media/image4.jpg"/><Relationship Id="rId24" Type="http://schemas.openxmlformats.org/officeDocument/2006/relationships/hyperlink" Target="https://www.scouting.org/cub-scout-adventures/champions-for-nature-aol/" TargetMode="External"/><Relationship Id="rId32" Type="http://schemas.openxmlformats.org/officeDocument/2006/relationships/image" Target="media/image18.png"/><Relationship Id="rId37" Type="http://schemas.openxmlformats.org/officeDocument/2006/relationships/image" Target="media/image21.jpg"/><Relationship Id="rId40" Type="http://schemas.openxmlformats.org/officeDocument/2006/relationships/image" Target="media/image23.jpg"/><Relationship Id="rId45" Type="http://schemas.openxmlformats.org/officeDocument/2006/relationships/hyperlink" Target="https://www.scouting.org/cub-scout-adventures/into-the-woods/" TargetMode="External"/><Relationship Id="rId53" Type="http://schemas.openxmlformats.org/officeDocument/2006/relationships/image" Target="media/image32.png"/><Relationship Id="rId58" Type="http://schemas.openxmlformats.org/officeDocument/2006/relationships/image" Target="media/image35.jpg"/><Relationship Id="rId66" Type="http://schemas.openxmlformats.org/officeDocument/2006/relationships/customXml" Target="../customXml/item3.xml"/><Relationship Id="rId5" Type="http://schemas.openxmlformats.org/officeDocument/2006/relationships/webSettings" Target="webSettings.xml"/><Relationship Id="rId61" Type="http://schemas.openxmlformats.org/officeDocument/2006/relationships/image" Target="media/image37.jpg"/><Relationship Id="rId19" Type="http://schemas.openxmlformats.org/officeDocument/2006/relationships/hyperlink" Target="https://www.scouting.org/cub-scout-adventures/personal-fitness/" TargetMode="External"/><Relationship Id="rId14" Type="http://schemas.openxmlformats.org/officeDocument/2006/relationships/image" Target="media/image6.jpg"/><Relationship Id="rId22" Type="http://schemas.openxmlformats.org/officeDocument/2006/relationships/hyperlink" Target="ttps://www.scouting.org/cub-scout-adventures/first-aid/" TargetMode="External"/><Relationship Id="rId27" Type="http://schemas.openxmlformats.org/officeDocument/2006/relationships/hyperlink" Target="https://www.scouting.org/cub-scout-adventures/cycling/" TargetMode="External"/><Relationship Id="rId30" Type="http://schemas.openxmlformats.org/officeDocument/2006/relationships/hyperlink" Target="https://www.scouting.org/cub-scout-adventures/engineer/" TargetMode="External"/><Relationship Id="rId35" Type="http://schemas.openxmlformats.org/officeDocument/2006/relationships/image" Target="media/image20.png"/><Relationship Id="rId43" Type="http://schemas.openxmlformats.org/officeDocument/2006/relationships/image" Target="media/image25.jpg"/><Relationship Id="rId48" Type="http://schemas.openxmlformats.org/officeDocument/2006/relationships/hyperlink" Target="https://www.scouting.org/cub-scout-adventures/knife-safety/" TargetMode="External"/><Relationship Id="rId56" Type="http://schemas.openxmlformats.org/officeDocument/2006/relationships/image" Target="media/image34.png"/><Relationship Id="rId64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hyperlink" Target="https://www.scouting.org/cub-scout-adventures/paddle-craft/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jpg"/><Relationship Id="rId25" Type="http://schemas.openxmlformats.org/officeDocument/2006/relationships/image" Target="media/image13.jpg"/><Relationship Id="rId33" Type="http://schemas.openxmlformats.org/officeDocument/2006/relationships/hyperlink" Target="https://www.scouting.org/cub-scout-adventures/estimations/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jpg"/><Relationship Id="rId59" Type="http://schemas.openxmlformats.org/officeDocument/2006/relationships/image" Target="media/image36.png"/><Relationship Id="rId67" Type="http://schemas.openxmlformats.org/officeDocument/2006/relationships/customXml" Target="../customXml/item4.xml"/><Relationship Id="rId20" Type="http://schemas.openxmlformats.org/officeDocument/2006/relationships/image" Target="media/image10.jpg"/><Relationship Id="rId41" Type="http://schemas.openxmlformats.org/officeDocument/2006/relationships/image" Target="media/image24.png"/><Relationship Id="rId54" Type="http://schemas.openxmlformats.org/officeDocument/2006/relationships/hyperlink" Target="https://www.scouting.org/cub-scout-adventures/race-time-aol/" TargetMode="External"/><Relationship Id="rId62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5.jpg"/><Relationship Id="rId36" Type="http://schemas.openxmlformats.org/officeDocument/2006/relationships/hyperlink" Target="https://www.scouting.org/cub-scout-adventures/fishing/" TargetMode="External"/><Relationship Id="rId49" Type="http://schemas.openxmlformats.org/officeDocument/2006/relationships/image" Target="media/image29.jpg"/><Relationship Id="rId57" Type="http://schemas.openxmlformats.org/officeDocument/2006/relationships/hyperlink" Target="https://www.scouting.org/cub-scout-adventures/swimming/" TargetMode="External"/><Relationship Id="rId10" Type="http://schemas.openxmlformats.org/officeDocument/2006/relationships/hyperlink" Target="https://www.scouting.org/cub-scout-adventures/citizenship/" TargetMode="External"/><Relationship Id="rId31" Type="http://schemas.openxmlformats.org/officeDocument/2006/relationships/image" Target="media/image17.jpg"/><Relationship Id="rId44" Type="http://schemas.openxmlformats.org/officeDocument/2006/relationships/image" Target="media/image26.png"/><Relationship Id="rId52" Type="http://schemas.openxmlformats.org/officeDocument/2006/relationships/image" Target="media/image31.jpg"/><Relationship Id="rId60" Type="http://schemas.openxmlformats.org/officeDocument/2006/relationships/hyperlink" Target="https://www.scouting.org/cub-scout-adventures/summertime-fun-aol/" TargetMode="External"/><Relationship Id="rId65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hyperlink" Target="https://www.scouting.org/cub-scout-adventures/duty-to-god/" TargetMode="External"/><Relationship Id="rId18" Type="http://schemas.openxmlformats.org/officeDocument/2006/relationships/image" Target="media/image9.png"/><Relationship Id="rId39" Type="http://schemas.openxmlformats.org/officeDocument/2006/relationships/hyperlink" Target="https://www.scouting.org/cub-scout-adventures/high-tech-outdo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1F113EA4E67438692FB81A3AE9CF6" ma:contentTypeVersion="18" ma:contentTypeDescription="Create a new document." ma:contentTypeScope="" ma:versionID="c0b1719c7ed977f4e4bc91a94d71d853">
  <xsd:schema xmlns:xsd="http://www.w3.org/2001/XMLSchema" xmlns:xs="http://www.w3.org/2001/XMLSchema" xmlns:p="http://schemas.microsoft.com/office/2006/metadata/properties" xmlns:ns2="911a49ca-6d21-4797-91b3-6e1dbd71a96c" xmlns:ns3="13430d64-c460-483e-9ebb-4c56e90d3c06" targetNamespace="http://schemas.microsoft.com/office/2006/metadata/properties" ma:root="true" ma:fieldsID="ba4a05ae4429b03679286755d38a499a" ns2:_="" ns3:_="">
    <xsd:import namespace="911a49ca-6d21-4797-91b3-6e1dbd71a96c"/>
    <xsd:import namespace="13430d64-c460-483e-9ebb-4c56e90d3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Are_x0020_you_x0020_a_x0020_manager_x003f_"/>
                <xsd:element ref="ns2:Enter_x0020_your_x0020_manag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49ca-6d21-4797-91b3-6e1dbd71a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Are_x0020_you_x0020_a_x0020_manager_x003f_" ma:index="23" ma:displayName="Are you a manager?" ma:internalName="Are_x0020_you_x0020_a_x0020_manager_x003f_">
      <xsd:simpleType>
        <xsd:restriction base="dms:Choice">
          <xsd:enumeration value="Yes"/>
          <xsd:enumeration value="No"/>
        </xsd:restriction>
      </xsd:simpleType>
    </xsd:element>
    <xsd:element name="Enter_x0020_your_x0020_manager" ma:index="24" ma:displayName="Enter your manager" ma:internalName="Enter_x0020_your_x0020_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30d64-c460-483e-9ebb-4c56e90d3c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6ee6643-a4e0-4976-85cf-f76d7c6b7476}" ma:internalName="TaxCatchAll" ma:showField="CatchAllData" ma:web="13430d64-c460-483e-9ebb-4c56e90d3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a49ca-6d21-4797-91b3-6e1dbd71a96c">
      <Terms xmlns="http://schemas.microsoft.com/office/infopath/2007/PartnerControls"/>
    </lcf76f155ced4ddcb4097134ff3c332f>
    <TaxCatchAll xmlns="13430d64-c460-483e-9ebb-4c56e90d3c06" xsi:nil="true"/>
    <Are_x0020_you_x0020_a_x0020_manager_x003f_ xmlns="911a49ca-6d21-4797-91b3-6e1dbd71a96c"/>
    <Enter_x0020_your_x0020_manager xmlns="911a49ca-6d21-4797-91b3-6e1dbd71a96c">
      <UserInfo>
        <DisplayName/>
        <AccountId/>
        <AccountType/>
      </UserInfo>
    </Enter_x0020_your_x0020_manager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883D12-8B7A-4A21-B2F0-DF753C24A59B}"/>
</file>

<file path=customXml/itemProps3.xml><?xml version="1.0" encoding="utf-8"?>
<ds:datastoreItem xmlns:ds="http://schemas.openxmlformats.org/officeDocument/2006/customXml" ds:itemID="{60373AD8-2932-4732-B65F-3F0916CE9EFD}"/>
</file>

<file path=customXml/itemProps4.xml><?xml version="1.0" encoding="utf-8"?>
<ds:datastoreItem xmlns:ds="http://schemas.openxmlformats.org/officeDocument/2006/customXml" ds:itemID="{6806F27F-85BC-44EC-886C-30101C245E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Tamara Christensen</cp:lastModifiedBy>
  <cp:revision>2</cp:revision>
  <dcterms:created xsi:type="dcterms:W3CDTF">2026-08-27T14:44:00Z</dcterms:created>
  <dcterms:modified xsi:type="dcterms:W3CDTF">2026-08-27T14:44:00Z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5fd055d4-3772-4902-afd5-85d35be00c2c</vt:lpwstr>
  </property>
  <property fmtid="{D5CDD505-2E9C-101B-9397-08002B2CF9AE}" pid="3" name="ContentTypeId">
    <vt:lpwstr>0x010100BBC1F113EA4E67438692FB81A3AE9CF6</vt:lpwstr>
  </property>
</Properties>
</file>