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0DB11" w14:textId="1315EBAB" w:rsidR="002818BB" w:rsidRDefault="002818BB" w:rsidP="002818BB">
      <w:pPr>
        <w:pStyle w:val="Heading1"/>
        <w:spacing w:before="0"/>
        <w:jc w:val="center"/>
      </w:pPr>
      <w:r>
        <w:rPr>
          <w:noProof/>
        </w:rPr>
        <w:drawing>
          <wp:inline distT="0" distB="0" distL="0" distR="0" wp14:anchorId="4AFEB392" wp14:editId="464C2913">
            <wp:extent cx="831850" cy="831850"/>
            <wp:effectExtent l="0" t="0" r="6350" b="6350"/>
            <wp:docPr id="208135235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1352356" name="Picture 208135235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32042" cy="832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5BDDCF" w14:textId="41290E92" w:rsidR="005631B9" w:rsidRDefault="00000000" w:rsidP="002818BB">
      <w:pPr>
        <w:pStyle w:val="Heading1"/>
        <w:spacing w:before="0"/>
        <w:jc w:val="center"/>
      </w:pPr>
      <w:r>
        <w:t>Tiger Den Adventure Host Sign-Up</w:t>
      </w:r>
    </w:p>
    <w:p w14:paraId="035945DD" w14:textId="77777777" w:rsidR="005631B9" w:rsidRDefault="00000000">
      <w:pPr>
        <w:jc w:val="center"/>
      </w:pPr>
      <w:r>
        <w:rPr>
          <w:b/>
        </w:rPr>
        <w:t>Every Family Leads an Adventure!</w:t>
      </w:r>
      <w:r>
        <w:rPr>
          <w:b/>
        </w:rPr>
        <w:br/>
      </w:r>
      <w:r>
        <w:t>Become an Adventure Host! No experience is needed—we'll provide the meeting plans, activity ideas, and support. Pick an adventure your family will enjoy sharing with the den.</w:t>
      </w:r>
    </w:p>
    <w:p w14:paraId="12D9E5E9" w14:textId="7DBB37FF" w:rsidR="005631B9" w:rsidRDefault="00901F4C">
      <w:pPr>
        <w:pStyle w:val="Heading2"/>
      </w:pPr>
      <w:r>
        <w:t xml:space="preserve">🟨 </w:t>
      </w:r>
      <w:r w:rsidR="00000000">
        <w:t>Required Adventures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22"/>
        <w:gridCol w:w="1530"/>
        <w:gridCol w:w="1529"/>
        <w:gridCol w:w="1656"/>
        <w:gridCol w:w="1516"/>
        <w:gridCol w:w="1692"/>
        <w:gridCol w:w="1345"/>
      </w:tblGrid>
      <w:tr w:rsidR="005631B9" w:rsidRPr="002818BB" w14:paraId="50E09914" w14:textId="77777777" w:rsidTr="000D0C10">
        <w:trPr>
          <w:jc w:val="center"/>
        </w:trPr>
        <w:tc>
          <w:tcPr>
            <w:tcW w:w="1522" w:type="dxa"/>
          </w:tcPr>
          <w:p w14:paraId="4C55DF14" w14:textId="21B152DB" w:rsidR="005631B9" w:rsidRPr="002818BB" w:rsidRDefault="000D0C10" w:rsidP="002D53CE">
            <w:pPr>
              <w:jc w:val="center"/>
              <w:rPr>
                <w:b/>
                <w:bCs/>
              </w:rPr>
            </w:pPr>
            <w:r w:rsidRPr="00087C76">
              <w:rPr>
                <w:b/>
                <w:bCs/>
              </w:rPr>
              <w:t>⭐</w:t>
            </w:r>
            <w:r>
              <w:rPr>
                <w:b/>
                <w:bCs/>
              </w:rPr>
              <w:t xml:space="preserve"> </w:t>
            </w:r>
            <w:r w:rsidR="00000000" w:rsidRPr="002818BB">
              <w:rPr>
                <w:b/>
                <w:bCs/>
              </w:rPr>
              <w:t>Pack Planned?</w:t>
            </w:r>
          </w:p>
        </w:tc>
        <w:tc>
          <w:tcPr>
            <w:tcW w:w="1530" w:type="dxa"/>
          </w:tcPr>
          <w:p w14:paraId="155BEE64" w14:textId="77777777" w:rsidR="005631B9" w:rsidRPr="002818BB" w:rsidRDefault="00000000" w:rsidP="002D53CE">
            <w:pPr>
              <w:jc w:val="center"/>
              <w:rPr>
                <w:b/>
                <w:bCs/>
              </w:rPr>
            </w:pPr>
            <w:r w:rsidRPr="002818BB">
              <w:rPr>
                <w:b/>
                <w:bCs/>
              </w:rPr>
              <w:t>Adventure</w:t>
            </w:r>
          </w:p>
        </w:tc>
        <w:tc>
          <w:tcPr>
            <w:tcW w:w="1529" w:type="dxa"/>
          </w:tcPr>
          <w:p w14:paraId="02D529EE" w14:textId="77777777" w:rsidR="005631B9" w:rsidRPr="002818BB" w:rsidRDefault="00000000" w:rsidP="002D53CE">
            <w:pPr>
              <w:jc w:val="center"/>
              <w:rPr>
                <w:b/>
                <w:bCs/>
              </w:rPr>
            </w:pPr>
            <w:r w:rsidRPr="002818BB">
              <w:rPr>
                <w:b/>
                <w:bCs/>
              </w:rPr>
              <w:t>Theme</w:t>
            </w:r>
          </w:p>
        </w:tc>
        <w:tc>
          <w:tcPr>
            <w:tcW w:w="1656" w:type="dxa"/>
          </w:tcPr>
          <w:p w14:paraId="54AC9A4C" w14:textId="35716B3E" w:rsidR="000D0C10" w:rsidRDefault="000D0C10" w:rsidP="002D53CE">
            <w:pPr>
              <w:jc w:val="center"/>
              <w:rPr>
                <w:b/>
                <w:bCs/>
              </w:rPr>
            </w:pPr>
            <w:r w:rsidRPr="00087C76">
              <w:rPr>
                <w:rFonts w:ascii="Segoe UI Emoji" w:hAnsi="Segoe UI Emoji" w:cs="Segoe UI Emoji"/>
                <w:b/>
                <w:bCs/>
              </w:rPr>
              <w:t>📱</w:t>
            </w:r>
            <w:r w:rsidRPr="00087C76">
              <w:rPr>
                <w:b/>
                <w:bCs/>
              </w:rPr>
              <w:t xml:space="preserve"> </w:t>
            </w:r>
            <w:r w:rsidRPr="00087C76">
              <w:rPr>
                <w:b/>
                <w:bCs/>
              </w:rPr>
              <w:t>Adventure</w:t>
            </w:r>
          </w:p>
          <w:p w14:paraId="46B63A65" w14:textId="7E887991" w:rsidR="005631B9" w:rsidRPr="002818BB" w:rsidRDefault="00000000" w:rsidP="002D53CE">
            <w:pPr>
              <w:jc w:val="center"/>
              <w:rPr>
                <w:b/>
                <w:bCs/>
              </w:rPr>
            </w:pPr>
            <w:r w:rsidRPr="002818BB">
              <w:rPr>
                <w:b/>
                <w:bCs/>
              </w:rPr>
              <w:t>QR Code</w:t>
            </w:r>
          </w:p>
        </w:tc>
        <w:tc>
          <w:tcPr>
            <w:tcW w:w="1516" w:type="dxa"/>
          </w:tcPr>
          <w:p w14:paraId="57EB119B" w14:textId="15FF0EFD" w:rsidR="005631B9" w:rsidRPr="002818BB" w:rsidRDefault="000D0C10" w:rsidP="002D53CE">
            <w:pPr>
              <w:jc w:val="center"/>
              <w:rPr>
                <w:b/>
                <w:bCs/>
              </w:rPr>
            </w:pPr>
            <w:r w:rsidRPr="00087C76">
              <w:rPr>
                <w:b/>
                <w:bCs/>
              </w:rPr>
              <w:t xml:space="preserve">📅 </w:t>
            </w:r>
            <w:r w:rsidR="00000000" w:rsidRPr="002818BB">
              <w:rPr>
                <w:b/>
                <w:bCs/>
              </w:rPr>
              <w:t>Meeting Date</w:t>
            </w:r>
          </w:p>
        </w:tc>
        <w:tc>
          <w:tcPr>
            <w:tcW w:w="1692" w:type="dxa"/>
          </w:tcPr>
          <w:p w14:paraId="700F3AC7" w14:textId="674C226C" w:rsidR="005631B9" w:rsidRPr="002818BB" w:rsidRDefault="000D0C10" w:rsidP="002D53CE">
            <w:pPr>
              <w:jc w:val="center"/>
              <w:rPr>
                <w:b/>
                <w:bCs/>
              </w:rPr>
            </w:pPr>
            <w:r w:rsidRPr="00087C76">
              <w:rPr>
                <w:b/>
                <w:bCs/>
              </w:rPr>
              <w:t xml:space="preserve">🧭 </w:t>
            </w:r>
            <w:r w:rsidR="00000000" w:rsidRPr="002818BB">
              <w:rPr>
                <w:b/>
                <w:bCs/>
              </w:rPr>
              <w:t>Adventure Host</w:t>
            </w:r>
          </w:p>
        </w:tc>
        <w:tc>
          <w:tcPr>
            <w:tcW w:w="1345" w:type="dxa"/>
          </w:tcPr>
          <w:p w14:paraId="134ECB79" w14:textId="1E80A5EA" w:rsidR="005631B9" w:rsidRPr="002818BB" w:rsidRDefault="000D0C10" w:rsidP="002D53CE">
            <w:pPr>
              <w:jc w:val="center"/>
              <w:rPr>
                <w:b/>
                <w:bCs/>
              </w:rPr>
            </w:pPr>
            <w:r w:rsidRPr="00087C76">
              <w:rPr>
                <w:b/>
                <w:bCs/>
              </w:rPr>
              <w:t>📞</w:t>
            </w:r>
            <w:r w:rsidRPr="002818BB">
              <w:rPr>
                <w:b/>
                <w:bCs/>
              </w:rPr>
              <w:t xml:space="preserve"> </w:t>
            </w:r>
            <w:r w:rsidR="00000000" w:rsidRPr="002818BB">
              <w:rPr>
                <w:b/>
                <w:bCs/>
              </w:rPr>
              <w:t>Phone</w:t>
            </w:r>
          </w:p>
        </w:tc>
      </w:tr>
      <w:tr w:rsidR="005631B9" w14:paraId="3A9C6DD9" w14:textId="77777777" w:rsidTr="000D0C10">
        <w:trPr>
          <w:jc w:val="center"/>
        </w:trPr>
        <w:tc>
          <w:tcPr>
            <w:tcW w:w="1522" w:type="dxa"/>
          </w:tcPr>
          <w:p w14:paraId="535D6FFA" w14:textId="77777777" w:rsidR="005631B9" w:rsidRDefault="00000000" w:rsidP="002818BB">
            <w:pPr>
              <w:jc w:val="center"/>
            </w:pPr>
            <w:r>
              <w:t>☐</w:t>
            </w:r>
          </w:p>
        </w:tc>
        <w:tc>
          <w:tcPr>
            <w:tcW w:w="1530" w:type="dxa"/>
          </w:tcPr>
          <w:p w14:paraId="15AE6E31" w14:textId="77777777" w:rsidR="005631B9" w:rsidRDefault="002818BB" w:rsidP="002818BB">
            <w:pPr>
              <w:jc w:val="center"/>
            </w:pPr>
            <w:hyperlink r:id="rId7" w:history="1">
              <w:r w:rsidRPr="002818BB">
                <w:rPr>
                  <w:rStyle w:val="Hyperlink"/>
                </w:rPr>
                <w:t>Bobcat</w:t>
              </w:r>
            </w:hyperlink>
          </w:p>
          <w:p w14:paraId="429DB03F" w14:textId="4A7C4ED8" w:rsidR="002818BB" w:rsidRDefault="002818BB" w:rsidP="002818B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DE98D90" wp14:editId="297678FF">
                  <wp:extent cx="688848" cy="914400"/>
                  <wp:effectExtent l="0" t="0" r="0" b="0"/>
                  <wp:docPr id="5702227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0222738" name="Picture 57022273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848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9" w:type="dxa"/>
          </w:tcPr>
          <w:p w14:paraId="367F4657" w14:textId="77777777" w:rsidR="005631B9" w:rsidRDefault="00000000" w:rsidP="002818BB">
            <w:pPr>
              <w:jc w:val="center"/>
            </w:pPr>
            <w:r>
              <w:t>Character &amp; Leadership</w:t>
            </w:r>
          </w:p>
        </w:tc>
        <w:tc>
          <w:tcPr>
            <w:tcW w:w="1656" w:type="dxa"/>
          </w:tcPr>
          <w:p w14:paraId="4BBA4F32" w14:textId="25F559B0" w:rsidR="005631B9" w:rsidRDefault="002818BB">
            <w:r>
              <w:rPr>
                <w:noProof/>
              </w:rPr>
              <w:drawing>
                <wp:inline distT="0" distB="0" distL="0" distR="0" wp14:anchorId="507E81E3" wp14:editId="2049D036">
                  <wp:extent cx="914400" cy="9144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obcat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6" w:type="dxa"/>
          </w:tcPr>
          <w:p w14:paraId="457D17F7" w14:textId="77777777" w:rsidR="005631B9" w:rsidRDefault="005631B9"/>
        </w:tc>
        <w:tc>
          <w:tcPr>
            <w:tcW w:w="1692" w:type="dxa"/>
          </w:tcPr>
          <w:p w14:paraId="6B0D40A9" w14:textId="77777777" w:rsidR="005631B9" w:rsidRDefault="005631B9"/>
        </w:tc>
        <w:tc>
          <w:tcPr>
            <w:tcW w:w="1345" w:type="dxa"/>
          </w:tcPr>
          <w:p w14:paraId="76767CBE" w14:textId="77777777" w:rsidR="005631B9" w:rsidRDefault="005631B9"/>
        </w:tc>
      </w:tr>
      <w:tr w:rsidR="005631B9" w14:paraId="4BE519E7" w14:textId="77777777" w:rsidTr="000D0C10">
        <w:trPr>
          <w:jc w:val="center"/>
        </w:trPr>
        <w:tc>
          <w:tcPr>
            <w:tcW w:w="1522" w:type="dxa"/>
          </w:tcPr>
          <w:p w14:paraId="1E2EFC2B" w14:textId="77777777" w:rsidR="005631B9" w:rsidRDefault="00000000" w:rsidP="002818BB">
            <w:pPr>
              <w:jc w:val="center"/>
            </w:pPr>
            <w:r>
              <w:t>☐</w:t>
            </w:r>
          </w:p>
        </w:tc>
        <w:tc>
          <w:tcPr>
            <w:tcW w:w="1530" w:type="dxa"/>
          </w:tcPr>
          <w:p w14:paraId="1B5ADC82" w14:textId="77777777" w:rsidR="005631B9" w:rsidRDefault="002818BB" w:rsidP="002818BB">
            <w:pPr>
              <w:jc w:val="center"/>
            </w:pPr>
            <w:hyperlink r:id="rId10" w:history="1">
              <w:r w:rsidRPr="002818BB">
                <w:rPr>
                  <w:rStyle w:val="Hyperlink"/>
                </w:rPr>
                <w:t>Tigers in the Wild</w:t>
              </w:r>
            </w:hyperlink>
          </w:p>
          <w:p w14:paraId="0B8CCB66" w14:textId="72D0A826" w:rsidR="002818BB" w:rsidRDefault="002818BB" w:rsidP="002818B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B1786C6" wp14:editId="767736BD">
                  <wp:extent cx="688848" cy="914400"/>
                  <wp:effectExtent l="0" t="0" r="0" b="0"/>
                  <wp:docPr id="116626030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6260305" name="Picture 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848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9" w:type="dxa"/>
          </w:tcPr>
          <w:p w14:paraId="3363D05D" w14:textId="77777777" w:rsidR="005631B9" w:rsidRDefault="00000000" w:rsidP="002818BB">
            <w:pPr>
              <w:jc w:val="center"/>
            </w:pPr>
            <w:r>
              <w:t>Outdoors</w:t>
            </w:r>
          </w:p>
        </w:tc>
        <w:tc>
          <w:tcPr>
            <w:tcW w:w="1656" w:type="dxa"/>
          </w:tcPr>
          <w:p w14:paraId="173D3E21" w14:textId="60578930" w:rsidR="005631B9" w:rsidRDefault="002818BB">
            <w:r>
              <w:rPr>
                <w:noProof/>
              </w:rPr>
              <w:drawing>
                <wp:inline distT="0" distB="0" distL="0" distR="0" wp14:anchorId="1936E688" wp14:editId="6A36BF0E">
                  <wp:extent cx="914400" cy="91440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igers_in_the_Wild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6" w:type="dxa"/>
          </w:tcPr>
          <w:p w14:paraId="23853043" w14:textId="77777777" w:rsidR="005631B9" w:rsidRDefault="005631B9"/>
        </w:tc>
        <w:tc>
          <w:tcPr>
            <w:tcW w:w="1692" w:type="dxa"/>
          </w:tcPr>
          <w:p w14:paraId="47993DA0" w14:textId="77777777" w:rsidR="005631B9" w:rsidRDefault="005631B9"/>
        </w:tc>
        <w:tc>
          <w:tcPr>
            <w:tcW w:w="1345" w:type="dxa"/>
          </w:tcPr>
          <w:p w14:paraId="5CDE014F" w14:textId="77777777" w:rsidR="005631B9" w:rsidRDefault="005631B9"/>
        </w:tc>
      </w:tr>
      <w:tr w:rsidR="005631B9" w14:paraId="0B5ED4DC" w14:textId="77777777" w:rsidTr="000D0C10">
        <w:trPr>
          <w:jc w:val="center"/>
        </w:trPr>
        <w:tc>
          <w:tcPr>
            <w:tcW w:w="1522" w:type="dxa"/>
          </w:tcPr>
          <w:p w14:paraId="2F1F8378" w14:textId="77777777" w:rsidR="005631B9" w:rsidRDefault="00000000" w:rsidP="002818BB">
            <w:pPr>
              <w:jc w:val="center"/>
            </w:pPr>
            <w:r>
              <w:t>☐</w:t>
            </w:r>
          </w:p>
        </w:tc>
        <w:tc>
          <w:tcPr>
            <w:tcW w:w="1530" w:type="dxa"/>
          </w:tcPr>
          <w:p w14:paraId="515B7D00" w14:textId="77777777" w:rsidR="005631B9" w:rsidRDefault="002818BB" w:rsidP="002818BB">
            <w:pPr>
              <w:jc w:val="center"/>
            </w:pPr>
            <w:hyperlink r:id="rId13" w:history="1">
              <w:r w:rsidRPr="002818BB">
                <w:rPr>
                  <w:rStyle w:val="Hyperlink"/>
                </w:rPr>
                <w:t>Tiger Bites</w:t>
              </w:r>
            </w:hyperlink>
          </w:p>
          <w:p w14:paraId="6703502F" w14:textId="0600D8EF" w:rsidR="002818BB" w:rsidRDefault="002818BB" w:rsidP="002818B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98EEBE3" wp14:editId="6CAE9633">
                  <wp:extent cx="688848" cy="914400"/>
                  <wp:effectExtent l="0" t="0" r="0" b="0"/>
                  <wp:docPr id="62376895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3768956" name="Picture 1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848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9" w:type="dxa"/>
          </w:tcPr>
          <w:p w14:paraId="052800C1" w14:textId="77777777" w:rsidR="005631B9" w:rsidRDefault="00000000" w:rsidP="002818BB">
            <w:pPr>
              <w:jc w:val="center"/>
            </w:pPr>
            <w:r>
              <w:t>Personal Fitness</w:t>
            </w:r>
          </w:p>
        </w:tc>
        <w:tc>
          <w:tcPr>
            <w:tcW w:w="1656" w:type="dxa"/>
          </w:tcPr>
          <w:p w14:paraId="6AB1B23E" w14:textId="75EC5012" w:rsidR="005631B9" w:rsidRDefault="002818BB">
            <w:r>
              <w:rPr>
                <w:noProof/>
              </w:rPr>
              <w:drawing>
                <wp:inline distT="0" distB="0" distL="0" distR="0" wp14:anchorId="2791FB86" wp14:editId="266B16A1">
                  <wp:extent cx="914400" cy="9144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iger_Bites.pn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6" w:type="dxa"/>
          </w:tcPr>
          <w:p w14:paraId="3E0FF553" w14:textId="77777777" w:rsidR="005631B9" w:rsidRDefault="005631B9"/>
        </w:tc>
        <w:tc>
          <w:tcPr>
            <w:tcW w:w="1692" w:type="dxa"/>
          </w:tcPr>
          <w:p w14:paraId="05435436" w14:textId="77777777" w:rsidR="005631B9" w:rsidRDefault="005631B9"/>
        </w:tc>
        <w:tc>
          <w:tcPr>
            <w:tcW w:w="1345" w:type="dxa"/>
          </w:tcPr>
          <w:p w14:paraId="0302540B" w14:textId="77777777" w:rsidR="005631B9" w:rsidRDefault="005631B9"/>
        </w:tc>
      </w:tr>
      <w:tr w:rsidR="005631B9" w14:paraId="268DB949" w14:textId="77777777" w:rsidTr="000D0C10">
        <w:trPr>
          <w:jc w:val="center"/>
        </w:trPr>
        <w:tc>
          <w:tcPr>
            <w:tcW w:w="1522" w:type="dxa"/>
          </w:tcPr>
          <w:p w14:paraId="5018AB81" w14:textId="77777777" w:rsidR="005631B9" w:rsidRDefault="00000000" w:rsidP="002818BB">
            <w:pPr>
              <w:jc w:val="center"/>
            </w:pPr>
            <w:r>
              <w:t>☐</w:t>
            </w:r>
          </w:p>
        </w:tc>
        <w:tc>
          <w:tcPr>
            <w:tcW w:w="1530" w:type="dxa"/>
          </w:tcPr>
          <w:p w14:paraId="7845E09E" w14:textId="77777777" w:rsidR="005631B9" w:rsidRDefault="002818BB" w:rsidP="002818BB">
            <w:pPr>
              <w:jc w:val="center"/>
            </w:pPr>
            <w:hyperlink r:id="rId16" w:history="1">
              <w:r w:rsidRPr="002818BB">
                <w:rPr>
                  <w:rStyle w:val="Hyperlink"/>
                </w:rPr>
                <w:t>Team Tiger</w:t>
              </w:r>
            </w:hyperlink>
          </w:p>
          <w:p w14:paraId="5D784B72" w14:textId="7F4B2B2D" w:rsidR="002818BB" w:rsidRDefault="002818BB" w:rsidP="002818B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1C453AA" wp14:editId="25DAD15F">
                  <wp:extent cx="688848" cy="914400"/>
                  <wp:effectExtent l="0" t="0" r="0" b="0"/>
                  <wp:docPr id="109849042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8490428" name="Picture 1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848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9" w:type="dxa"/>
          </w:tcPr>
          <w:p w14:paraId="6AF32BEE" w14:textId="77777777" w:rsidR="005631B9" w:rsidRDefault="00000000" w:rsidP="002818BB">
            <w:pPr>
              <w:jc w:val="center"/>
            </w:pPr>
            <w:r>
              <w:t>Citizenship</w:t>
            </w:r>
          </w:p>
        </w:tc>
        <w:tc>
          <w:tcPr>
            <w:tcW w:w="1656" w:type="dxa"/>
          </w:tcPr>
          <w:p w14:paraId="0DE9294C" w14:textId="5F78779D" w:rsidR="005631B9" w:rsidRDefault="002818BB">
            <w:r>
              <w:rPr>
                <w:noProof/>
              </w:rPr>
              <w:drawing>
                <wp:inline distT="0" distB="0" distL="0" distR="0" wp14:anchorId="2B91B38E" wp14:editId="0FA2092F">
                  <wp:extent cx="914400" cy="9144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eam_Tiger.pn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6" w:type="dxa"/>
          </w:tcPr>
          <w:p w14:paraId="44E20860" w14:textId="77777777" w:rsidR="005631B9" w:rsidRDefault="005631B9"/>
        </w:tc>
        <w:tc>
          <w:tcPr>
            <w:tcW w:w="1692" w:type="dxa"/>
          </w:tcPr>
          <w:p w14:paraId="2E681475" w14:textId="77777777" w:rsidR="005631B9" w:rsidRDefault="005631B9"/>
        </w:tc>
        <w:tc>
          <w:tcPr>
            <w:tcW w:w="1345" w:type="dxa"/>
          </w:tcPr>
          <w:p w14:paraId="69E58E37" w14:textId="77777777" w:rsidR="005631B9" w:rsidRDefault="005631B9"/>
        </w:tc>
      </w:tr>
      <w:tr w:rsidR="005631B9" w14:paraId="23559C91" w14:textId="77777777" w:rsidTr="000D0C10">
        <w:trPr>
          <w:jc w:val="center"/>
        </w:trPr>
        <w:tc>
          <w:tcPr>
            <w:tcW w:w="1522" w:type="dxa"/>
          </w:tcPr>
          <w:p w14:paraId="2609EF2D" w14:textId="77777777" w:rsidR="005631B9" w:rsidRDefault="00000000" w:rsidP="002818BB">
            <w:pPr>
              <w:jc w:val="center"/>
            </w:pPr>
            <w:r>
              <w:t>☐</w:t>
            </w:r>
          </w:p>
        </w:tc>
        <w:tc>
          <w:tcPr>
            <w:tcW w:w="1530" w:type="dxa"/>
          </w:tcPr>
          <w:p w14:paraId="30D62E13" w14:textId="77777777" w:rsidR="005631B9" w:rsidRDefault="002818BB" w:rsidP="002818BB">
            <w:pPr>
              <w:jc w:val="center"/>
            </w:pPr>
            <w:hyperlink r:id="rId19" w:history="1">
              <w:r w:rsidRPr="002818BB">
                <w:rPr>
                  <w:rStyle w:val="Hyperlink"/>
                </w:rPr>
                <w:t>Tiger's Roar</w:t>
              </w:r>
            </w:hyperlink>
          </w:p>
          <w:p w14:paraId="66295A07" w14:textId="416A478C" w:rsidR="002818BB" w:rsidRDefault="002818BB" w:rsidP="002818B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26DABC1" wp14:editId="27BBD125">
                  <wp:extent cx="688848" cy="914400"/>
                  <wp:effectExtent l="0" t="0" r="0" b="0"/>
                  <wp:docPr id="77470757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4707570" name="Picture 1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848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9" w:type="dxa"/>
          </w:tcPr>
          <w:p w14:paraId="5B6F9FB9" w14:textId="77777777" w:rsidR="005631B9" w:rsidRDefault="00000000" w:rsidP="002818BB">
            <w:pPr>
              <w:jc w:val="center"/>
            </w:pPr>
            <w:r>
              <w:t>Personal Safety</w:t>
            </w:r>
          </w:p>
        </w:tc>
        <w:tc>
          <w:tcPr>
            <w:tcW w:w="1656" w:type="dxa"/>
          </w:tcPr>
          <w:p w14:paraId="644F6C99" w14:textId="397B8E5B" w:rsidR="005631B9" w:rsidRDefault="002818BB">
            <w:r>
              <w:rPr>
                <w:noProof/>
              </w:rPr>
              <w:drawing>
                <wp:inline distT="0" distB="0" distL="0" distR="0" wp14:anchorId="5410FE37" wp14:editId="2AF576EC">
                  <wp:extent cx="914400" cy="9144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iger_s_Roar.png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6" w:type="dxa"/>
          </w:tcPr>
          <w:p w14:paraId="5606151A" w14:textId="77777777" w:rsidR="005631B9" w:rsidRDefault="005631B9"/>
        </w:tc>
        <w:tc>
          <w:tcPr>
            <w:tcW w:w="1692" w:type="dxa"/>
          </w:tcPr>
          <w:p w14:paraId="42647963" w14:textId="77777777" w:rsidR="005631B9" w:rsidRDefault="005631B9"/>
        </w:tc>
        <w:tc>
          <w:tcPr>
            <w:tcW w:w="1345" w:type="dxa"/>
          </w:tcPr>
          <w:p w14:paraId="239196DF" w14:textId="77777777" w:rsidR="005631B9" w:rsidRDefault="005631B9"/>
        </w:tc>
      </w:tr>
      <w:tr w:rsidR="005631B9" w14:paraId="7403F6B9" w14:textId="77777777" w:rsidTr="000D0C10">
        <w:trPr>
          <w:jc w:val="center"/>
        </w:trPr>
        <w:tc>
          <w:tcPr>
            <w:tcW w:w="1522" w:type="dxa"/>
          </w:tcPr>
          <w:p w14:paraId="266418F4" w14:textId="77777777" w:rsidR="005631B9" w:rsidRDefault="00000000" w:rsidP="002818BB">
            <w:pPr>
              <w:jc w:val="center"/>
            </w:pPr>
            <w:r>
              <w:t>☐</w:t>
            </w:r>
          </w:p>
        </w:tc>
        <w:tc>
          <w:tcPr>
            <w:tcW w:w="1530" w:type="dxa"/>
          </w:tcPr>
          <w:p w14:paraId="44A18BE9" w14:textId="77777777" w:rsidR="005631B9" w:rsidRDefault="002818BB" w:rsidP="002818BB">
            <w:pPr>
              <w:jc w:val="center"/>
            </w:pPr>
            <w:hyperlink r:id="rId22" w:history="1">
              <w:r w:rsidRPr="002818BB">
                <w:rPr>
                  <w:rStyle w:val="Hyperlink"/>
                </w:rPr>
                <w:t>Tiger Circles</w:t>
              </w:r>
            </w:hyperlink>
          </w:p>
          <w:p w14:paraId="691E1DE8" w14:textId="41660755" w:rsidR="002818BB" w:rsidRDefault="002818BB" w:rsidP="002818B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23420BF" wp14:editId="7526D5BB">
                  <wp:extent cx="688848" cy="914400"/>
                  <wp:effectExtent l="0" t="0" r="0" b="0"/>
                  <wp:docPr id="21402589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025894" name="Picture 1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848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9" w:type="dxa"/>
          </w:tcPr>
          <w:p w14:paraId="436E423F" w14:textId="77777777" w:rsidR="005631B9" w:rsidRDefault="00000000" w:rsidP="002818BB">
            <w:pPr>
              <w:jc w:val="center"/>
            </w:pPr>
            <w:r>
              <w:t>Family &amp; Reverence</w:t>
            </w:r>
          </w:p>
        </w:tc>
        <w:tc>
          <w:tcPr>
            <w:tcW w:w="1656" w:type="dxa"/>
          </w:tcPr>
          <w:p w14:paraId="77F0331D" w14:textId="0EF26820" w:rsidR="005631B9" w:rsidRDefault="002818BB">
            <w:r>
              <w:rPr>
                <w:noProof/>
              </w:rPr>
              <w:drawing>
                <wp:inline distT="0" distB="0" distL="0" distR="0" wp14:anchorId="049140E3" wp14:editId="5372ECDA">
                  <wp:extent cx="914400" cy="91440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iger_Circles.png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6" w:type="dxa"/>
          </w:tcPr>
          <w:p w14:paraId="54E5E3A2" w14:textId="77777777" w:rsidR="005631B9" w:rsidRDefault="005631B9"/>
        </w:tc>
        <w:tc>
          <w:tcPr>
            <w:tcW w:w="1692" w:type="dxa"/>
          </w:tcPr>
          <w:p w14:paraId="125AA0AF" w14:textId="77777777" w:rsidR="005631B9" w:rsidRDefault="005631B9"/>
        </w:tc>
        <w:tc>
          <w:tcPr>
            <w:tcW w:w="1345" w:type="dxa"/>
          </w:tcPr>
          <w:p w14:paraId="39D32374" w14:textId="77777777" w:rsidR="005631B9" w:rsidRDefault="005631B9"/>
        </w:tc>
      </w:tr>
    </w:tbl>
    <w:p w14:paraId="571D1263" w14:textId="100A6570" w:rsidR="005631B9" w:rsidRDefault="00901F4C">
      <w:pPr>
        <w:pStyle w:val="Heading2"/>
      </w:pPr>
      <w:r>
        <w:rPr>
          <w:rFonts w:ascii="Segoe UI Emoji" w:hAnsi="Segoe UI Emoji" w:cs="Segoe UI Emoji"/>
        </w:rPr>
        <w:lastRenderedPageBreak/>
        <w:t>🟩</w:t>
      </w:r>
      <w:r>
        <w:t xml:space="preserve"> </w:t>
      </w:r>
      <w:r w:rsidR="00000000">
        <w:t>Elective Adventures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20"/>
        <w:gridCol w:w="1529"/>
        <w:gridCol w:w="1539"/>
        <w:gridCol w:w="1656"/>
        <w:gridCol w:w="1514"/>
        <w:gridCol w:w="1687"/>
        <w:gridCol w:w="1345"/>
      </w:tblGrid>
      <w:tr w:rsidR="005631B9" w:rsidRPr="002818BB" w14:paraId="3D47FEB8" w14:textId="77777777" w:rsidTr="000D0C10">
        <w:trPr>
          <w:jc w:val="center"/>
        </w:trPr>
        <w:tc>
          <w:tcPr>
            <w:tcW w:w="1520" w:type="dxa"/>
          </w:tcPr>
          <w:p w14:paraId="1157517C" w14:textId="334964EB" w:rsidR="005631B9" w:rsidRPr="002818BB" w:rsidRDefault="000D0C10" w:rsidP="002818BB">
            <w:pPr>
              <w:jc w:val="center"/>
              <w:rPr>
                <w:b/>
                <w:bCs/>
              </w:rPr>
            </w:pPr>
            <w:r w:rsidRPr="00087C76">
              <w:rPr>
                <w:b/>
                <w:bCs/>
              </w:rPr>
              <w:t>⭐</w:t>
            </w:r>
            <w:r>
              <w:rPr>
                <w:b/>
                <w:bCs/>
              </w:rPr>
              <w:t xml:space="preserve"> </w:t>
            </w:r>
            <w:r w:rsidR="00000000" w:rsidRPr="002818BB">
              <w:rPr>
                <w:b/>
                <w:bCs/>
              </w:rPr>
              <w:t>Pack Planned?</w:t>
            </w:r>
          </w:p>
        </w:tc>
        <w:tc>
          <w:tcPr>
            <w:tcW w:w="1529" w:type="dxa"/>
          </w:tcPr>
          <w:p w14:paraId="5DDDBCA4" w14:textId="77777777" w:rsidR="005631B9" w:rsidRPr="002818BB" w:rsidRDefault="00000000" w:rsidP="002818BB">
            <w:pPr>
              <w:jc w:val="center"/>
              <w:rPr>
                <w:b/>
                <w:bCs/>
              </w:rPr>
            </w:pPr>
            <w:r w:rsidRPr="002818BB">
              <w:rPr>
                <w:b/>
                <w:bCs/>
              </w:rPr>
              <w:t>Adventure</w:t>
            </w:r>
          </w:p>
        </w:tc>
        <w:tc>
          <w:tcPr>
            <w:tcW w:w="1539" w:type="dxa"/>
          </w:tcPr>
          <w:p w14:paraId="1E9ABB11" w14:textId="77777777" w:rsidR="005631B9" w:rsidRPr="002818BB" w:rsidRDefault="00000000" w:rsidP="002818BB">
            <w:pPr>
              <w:jc w:val="center"/>
              <w:rPr>
                <w:b/>
                <w:bCs/>
              </w:rPr>
            </w:pPr>
            <w:r w:rsidRPr="002818BB">
              <w:rPr>
                <w:b/>
                <w:bCs/>
              </w:rPr>
              <w:t>Theme</w:t>
            </w:r>
          </w:p>
        </w:tc>
        <w:tc>
          <w:tcPr>
            <w:tcW w:w="1656" w:type="dxa"/>
          </w:tcPr>
          <w:p w14:paraId="2C0D7686" w14:textId="50B52A89" w:rsidR="000D0C10" w:rsidRDefault="000D0C10" w:rsidP="002818BB">
            <w:pPr>
              <w:jc w:val="center"/>
              <w:rPr>
                <w:b/>
                <w:bCs/>
              </w:rPr>
            </w:pPr>
            <w:r w:rsidRPr="00087C76">
              <w:rPr>
                <w:rFonts w:ascii="Segoe UI Emoji" w:hAnsi="Segoe UI Emoji" w:cs="Segoe UI Emoji"/>
                <w:b/>
                <w:bCs/>
              </w:rPr>
              <w:t>📱</w:t>
            </w:r>
            <w:r w:rsidRPr="000D0C10">
              <w:rPr>
                <w:rFonts w:cs="Segoe UI Emoji"/>
                <w:b/>
                <w:bCs/>
              </w:rPr>
              <w:t>Adventure</w:t>
            </w:r>
          </w:p>
          <w:p w14:paraId="31074CB3" w14:textId="16E36103" w:rsidR="005631B9" w:rsidRPr="002818BB" w:rsidRDefault="00000000" w:rsidP="002818BB">
            <w:pPr>
              <w:jc w:val="center"/>
              <w:rPr>
                <w:b/>
                <w:bCs/>
              </w:rPr>
            </w:pPr>
            <w:r w:rsidRPr="002818BB">
              <w:rPr>
                <w:b/>
                <w:bCs/>
              </w:rPr>
              <w:t>QR Code</w:t>
            </w:r>
          </w:p>
        </w:tc>
        <w:tc>
          <w:tcPr>
            <w:tcW w:w="1514" w:type="dxa"/>
          </w:tcPr>
          <w:p w14:paraId="00163A7C" w14:textId="1DD78F4B" w:rsidR="005631B9" w:rsidRPr="002818BB" w:rsidRDefault="000D0C10" w:rsidP="002818BB">
            <w:pPr>
              <w:jc w:val="center"/>
              <w:rPr>
                <w:b/>
                <w:bCs/>
              </w:rPr>
            </w:pPr>
            <w:r w:rsidRPr="00087C76">
              <w:rPr>
                <w:b/>
                <w:bCs/>
              </w:rPr>
              <w:t xml:space="preserve">📅 </w:t>
            </w:r>
            <w:r w:rsidR="00000000" w:rsidRPr="002818BB">
              <w:rPr>
                <w:b/>
                <w:bCs/>
              </w:rPr>
              <w:t>Meeting Date</w:t>
            </w:r>
          </w:p>
        </w:tc>
        <w:tc>
          <w:tcPr>
            <w:tcW w:w="1687" w:type="dxa"/>
          </w:tcPr>
          <w:p w14:paraId="6FCE5726" w14:textId="5916D867" w:rsidR="005631B9" w:rsidRPr="002818BB" w:rsidRDefault="000D0C10" w:rsidP="002818BB">
            <w:pPr>
              <w:jc w:val="center"/>
              <w:rPr>
                <w:b/>
                <w:bCs/>
              </w:rPr>
            </w:pPr>
            <w:r w:rsidRPr="00087C76">
              <w:rPr>
                <w:b/>
                <w:bCs/>
              </w:rPr>
              <w:t xml:space="preserve">🧭 </w:t>
            </w:r>
            <w:r w:rsidR="00000000" w:rsidRPr="002818BB">
              <w:rPr>
                <w:b/>
                <w:bCs/>
              </w:rPr>
              <w:t>Adventure Host</w:t>
            </w:r>
          </w:p>
        </w:tc>
        <w:tc>
          <w:tcPr>
            <w:tcW w:w="1345" w:type="dxa"/>
          </w:tcPr>
          <w:p w14:paraId="59F23E2C" w14:textId="2ECC35C8" w:rsidR="005631B9" w:rsidRPr="002818BB" w:rsidRDefault="000D0C10" w:rsidP="002818BB">
            <w:pPr>
              <w:jc w:val="center"/>
              <w:rPr>
                <w:b/>
                <w:bCs/>
              </w:rPr>
            </w:pPr>
            <w:r w:rsidRPr="00087C76">
              <w:rPr>
                <w:b/>
                <w:bCs/>
              </w:rPr>
              <w:t>📞</w:t>
            </w:r>
            <w:r w:rsidRPr="002818BB">
              <w:rPr>
                <w:b/>
                <w:bCs/>
              </w:rPr>
              <w:t xml:space="preserve"> </w:t>
            </w:r>
            <w:r w:rsidR="00000000" w:rsidRPr="002818BB">
              <w:rPr>
                <w:b/>
                <w:bCs/>
              </w:rPr>
              <w:t>Phone</w:t>
            </w:r>
          </w:p>
        </w:tc>
      </w:tr>
      <w:tr w:rsidR="005631B9" w14:paraId="28281D65" w14:textId="77777777" w:rsidTr="000D0C10">
        <w:trPr>
          <w:jc w:val="center"/>
        </w:trPr>
        <w:tc>
          <w:tcPr>
            <w:tcW w:w="1520" w:type="dxa"/>
          </w:tcPr>
          <w:p w14:paraId="0E039F6E" w14:textId="77777777" w:rsidR="005631B9" w:rsidRDefault="00000000" w:rsidP="002818BB">
            <w:pPr>
              <w:jc w:val="center"/>
            </w:pPr>
            <w:r>
              <w:t>☐</w:t>
            </w:r>
          </w:p>
        </w:tc>
        <w:tc>
          <w:tcPr>
            <w:tcW w:w="1529" w:type="dxa"/>
          </w:tcPr>
          <w:p w14:paraId="2AE51095" w14:textId="6335F1A9" w:rsidR="005631B9" w:rsidRDefault="000118D9" w:rsidP="002818BB">
            <w:pPr>
              <w:jc w:val="center"/>
            </w:pPr>
            <w:hyperlink r:id="rId25" w:history="1">
              <w:r w:rsidRPr="000118D9">
                <w:rPr>
                  <w:rStyle w:val="Hyperlink"/>
                </w:rPr>
                <w:t>Champions for Nature</w:t>
              </w:r>
            </w:hyperlink>
          </w:p>
          <w:p w14:paraId="3C07F67C" w14:textId="4E62F146" w:rsidR="002818BB" w:rsidRDefault="002818BB" w:rsidP="002818B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4CEDC07" wp14:editId="3C3E1BB8">
                  <wp:extent cx="688848" cy="914400"/>
                  <wp:effectExtent l="0" t="0" r="0" b="0"/>
                  <wp:docPr id="88536903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5369033" name="Picture 1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848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9" w:type="dxa"/>
          </w:tcPr>
          <w:p w14:paraId="1887BD61" w14:textId="5D6E606A" w:rsidR="005631B9" w:rsidRDefault="002818BB" w:rsidP="002818BB">
            <w:pPr>
              <w:jc w:val="center"/>
            </w:pPr>
            <w:r>
              <w:t>Conservation</w:t>
            </w:r>
          </w:p>
        </w:tc>
        <w:tc>
          <w:tcPr>
            <w:tcW w:w="1656" w:type="dxa"/>
          </w:tcPr>
          <w:p w14:paraId="2A78ECE9" w14:textId="46CFE3DA" w:rsidR="005631B9" w:rsidRDefault="000118D9" w:rsidP="002818B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064EBC7" wp14:editId="2AB5F302">
                  <wp:extent cx="914400" cy="91440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hampions_for_Nature_Tiger.png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4" w:type="dxa"/>
          </w:tcPr>
          <w:p w14:paraId="7C2562BC" w14:textId="77777777" w:rsidR="005631B9" w:rsidRDefault="005631B9" w:rsidP="002818BB">
            <w:pPr>
              <w:jc w:val="center"/>
            </w:pPr>
          </w:p>
        </w:tc>
        <w:tc>
          <w:tcPr>
            <w:tcW w:w="1687" w:type="dxa"/>
          </w:tcPr>
          <w:p w14:paraId="4149BA10" w14:textId="77777777" w:rsidR="005631B9" w:rsidRDefault="005631B9" w:rsidP="002818BB">
            <w:pPr>
              <w:jc w:val="center"/>
            </w:pPr>
          </w:p>
        </w:tc>
        <w:tc>
          <w:tcPr>
            <w:tcW w:w="1345" w:type="dxa"/>
          </w:tcPr>
          <w:p w14:paraId="4473C3B7" w14:textId="77777777" w:rsidR="005631B9" w:rsidRDefault="005631B9" w:rsidP="002818BB">
            <w:pPr>
              <w:jc w:val="center"/>
            </w:pPr>
          </w:p>
        </w:tc>
      </w:tr>
      <w:tr w:rsidR="005631B9" w14:paraId="3FE14ACB" w14:textId="77777777" w:rsidTr="000D0C10">
        <w:trPr>
          <w:jc w:val="center"/>
        </w:trPr>
        <w:tc>
          <w:tcPr>
            <w:tcW w:w="1520" w:type="dxa"/>
          </w:tcPr>
          <w:p w14:paraId="25FC8455" w14:textId="77777777" w:rsidR="005631B9" w:rsidRDefault="00000000" w:rsidP="002818BB">
            <w:pPr>
              <w:jc w:val="center"/>
            </w:pPr>
            <w:r>
              <w:t>☐</w:t>
            </w:r>
          </w:p>
        </w:tc>
        <w:tc>
          <w:tcPr>
            <w:tcW w:w="1529" w:type="dxa"/>
          </w:tcPr>
          <w:p w14:paraId="71FEEC52" w14:textId="3A6701A7" w:rsidR="005631B9" w:rsidRDefault="000118D9" w:rsidP="002818BB">
            <w:pPr>
              <w:jc w:val="center"/>
            </w:pPr>
            <w:hyperlink r:id="rId28" w:history="1">
              <w:r w:rsidRPr="000118D9">
                <w:rPr>
                  <w:rStyle w:val="Hyperlink"/>
                </w:rPr>
                <w:t>Curiosity, Intrigue, and Magical Mysteries</w:t>
              </w:r>
            </w:hyperlink>
          </w:p>
          <w:p w14:paraId="636D8625" w14:textId="79DA0B0F" w:rsidR="002818BB" w:rsidRDefault="002818BB" w:rsidP="002818B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CE7404D" wp14:editId="438AE604">
                  <wp:extent cx="688848" cy="914400"/>
                  <wp:effectExtent l="0" t="0" r="0" b="0"/>
                  <wp:docPr id="26202379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023796" name="Picture 1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848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9" w:type="dxa"/>
          </w:tcPr>
          <w:p w14:paraId="7BC02E67" w14:textId="1F3BEB4C" w:rsidR="005631B9" w:rsidRDefault="00B108ED" w:rsidP="002818BB">
            <w:pPr>
              <w:jc w:val="center"/>
            </w:pPr>
            <w:r>
              <w:t>Mystery</w:t>
            </w:r>
          </w:p>
        </w:tc>
        <w:tc>
          <w:tcPr>
            <w:tcW w:w="1656" w:type="dxa"/>
          </w:tcPr>
          <w:p w14:paraId="16C11404" w14:textId="548599A0" w:rsidR="005631B9" w:rsidRDefault="000118D9" w:rsidP="002818B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46374A8" wp14:editId="167F093B">
                  <wp:extent cx="914400" cy="91440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uriosity__Intrigue__and_Magical_Mysteries.png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4" w:type="dxa"/>
          </w:tcPr>
          <w:p w14:paraId="082994D4" w14:textId="77777777" w:rsidR="005631B9" w:rsidRDefault="005631B9" w:rsidP="002818BB">
            <w:pPr>
              <w:jc w:val="center"/>
            </w:pPr>
          </w:p>
        </w:tc>
        <w:tc>
          <w:tcPr>
            <w:tcW w:w="1687" w:type="dxa"/>
          </w:tcPr>
          <w:p w14:paraId="3E3F4569" w14:textId="77777777" w:rsidR="005631B9" w:rsidRDefault="005631B9" w:rsidP="002818BB">
            <w:pPr>
              <w:jc w:val="center"/>
            </w:pPr>
          </w:p>
        </w:tc>
        <w:tc>
          <w:tcPr>
            <w:tcW w:w="1345" w:type="dxa"/>
          </w:tcPr>
          <w:p w14:paraId="1C56900F" w14:textId="77777777" w:rsidR="005631B9" w:rsidRDefault="005631B9" w:rsidP="002818BB">
            <w:pPr>
              <w:jc w:val="center"/>
            </w:pPr>
          </w:p>
        </w:tc>
      </w:tr>
      <w:tr w:rsidR="005631B9" w14:paraId="20AD1440" w14:textId="77777777" w:rsidTr="000D0C10">
        <w:trPr>
          <w:jc w:val="center"/>
        </w:trPr>
        <w:tc>
          <w:tcPr>
            <w:tcW w:w="1520" w:type="dxa"/>
          </w:tcPr>
          <w:p w14:paraId="40FF2231" w14:textId="77777777" w:rsidR="005631B9" w:rsidRDefault="00000000" w:rsidP="002818BB">
            <w:pPr>
              <w:jc w:val="center"/>
            </w:pPr>
            <w:r>
              <w:t>☐</w:t>
            </w:r>
          </w:p>
        </w:tc>
        <w:tc>
          <w:tcPr>
            <w:tcW w:w="1529" w:type="dxa"/>
          </w:tcPr>
          <w:p w14:paraId="60A769EB" w14:textId="22F0D6D6" w:rsidR="005631B9" w:rsidRDefault="000118D9" w:rsidP="002818BB">
            <w:pPr>
              <w:jc w:val="center"/>
            </w:pPr>
            <w:hyperlink r:id="rId31" w:history="1">
              <w:r w:rsidRPr="000118D9">
                <w:rPr>
                  <w:rStyle w:val="Hyperlink"/>
                </w:rPr>
                <w:t>Designed by Tiger</w:t>
              </w:r>
            </w:hyperlink>
          </w:p>
          <w:p w14:paraId="16CF807A" w14:textId="3B553ED2" w:rsidR="002818BB" w:rsidRDefault="002818BB" w:rsidP="002818B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057CA57" wp14:editId="1A8D9B92">
                  <wp:extent cx="688848" cy="914400"/>
                  <wp:effectExtent l="0" t="0" r="0" b="0"/>
                  <wp:docPr id="3968022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680224" name="Picture 1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848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9" w:type="dxa"/>
          </w:tcPr>
          <w:p w14:paraId="31809785" w14:textId="45BEDF50" w:rsidR="005631B9" w:rsidRPr="00B108ED" w:rsidRDefault="00B108ED" w:rsidP="002818BB">
            <w:pPr>
              <w:jc w:val="center"/>
            </w:pPr>
            <w:r>
              <w:t>Building</w:t>
            </w:r>
          </w:p>
        </w:tc>
        <w:tc>
          <w:tcPr>
            <w:tcW w:w="1656" w:type="dxa"/>
          </w:tcPr>
          <w:p w14:paraId="2D41A2EF" w14:textId="58E43AEA" w:rsidR="005631B9" w:rsidRDefault="000118D9" w:rsidP="002818B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6B50F21" wp14:editId="2B1242F3">
                  <wp:extent cx="914400" cy="91440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signed_by_Tiger.png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4" w:type="dxa"/>
          </w:tcPr>
          <w:p w14:paraId="4A146797" w14:textId="77777777" w:rsidR="005631B9" w:rsidRDefault="005631B9" w:rsidP="002818BB">
            <w:pPr>
              <w:jc w:val="center"/>
            </w:pPr>
          </w:p>
        </w:tc>
        <w:tc>
          <w:tcPr>
            <w:tcW w:w="1687" w:type="dxa"/>
          </w:tcPr>
          <w:p w14:paraId="0BD6F19D" w14:textId="77777777" w:rsidR="005631B9" w:rsidRDefault="005631B9" w:rsidP="002818BB">
            <w:pPr>
              <w:jc w:val="center"/>
            </w:pPr>
          </w:p>
        </w:tc>
        <w:tc>
          <w:tcPr>
            <w:tcW w:w="1345" w:type="dxa"/>
          </w:tcPr>
          <w:p w14:paraId="4FFFBAC6" w14:textId="77777777" w:rsidR="005631B9" w:rsidRDefault="005631B9" w:rsidP="002818BB">
            <w:pPr>
              <w:jc w:val="center"/>
            </w:pPr>
          </w:p>
        </w:tc>
      </w:tr>
      <w:tr w:rsidR="005631B9" w14:paraId="2C63BED3" w14:textId="77777777" w:rsidTr="000D0C10">
        <w:trPr>
          <w:jc w:val="center"/>
        </w:trPr>
        <w:tc>
          <w:tcPr>
            <w:tcW w:w="1520" w:type="dxa"/>
          </w:tcPr>
          <w:p w14:paraId="2AEE9851" w14:textId="77777777" w:rsidR="005631B9" w:rsidRDefault="00000000" w:rsidP="002818BB">
            <w:pPr>
              <w:jc w:val="center"/>
            </w:pPr>
            <w:r>
              <w:t>☐</w:t>
            </w:r>
          </w:p>
        </w:tc>
        <w:tc>
          <w:tcPr>
            <w:tcW w:w="1529" w:type="dxa"/>
          </w:tcPr>
          <w:p w14:paraId="5FE82736" w14:textId="5DA1EC89" w:rsidR="005631B9" w:rsidRDefault="000118D9" w:rsidP="002818BB">
            <w:pPr>
              <w:jc w:val="center"/>
            </w:pPr>
            <w:hyperlink r:id="rId34" w:history="1">
              <w:r w:rsidRPr="000118D9">
                <w:rPr>
                  <w:rStyle w:val="Hyperlink"/>
                </w:rPr>
                <w:t>Fish On</w:t>
              </w:r>
            </w:hyperlink>
          </w:p>
          <w:p w14:paraId="1E5636B1" w14:textId="1F39ED88" w:rsidR="002818BB" w:rsidRDefault="002818BB" w:rsidP="002818B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C5A2B57" wp14:editId="2231F188">
                  <wp:extent cx="688848" cy="914400"/>
                  <wp:effectExtent l="0" t="0" r="0" b="0"/>
                  <wp:docPr id="116213292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2132928" name="Picture 1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848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9" w:type="dxa"/>
          </w:tcPr>
          <w:p w14:paraId="6C7CE0EA" w14:textId="7CB2F70F" w:rsidR="005631B9" w:rsidRDefault="000118D9" w:rsidP="002818BB">
            <w:pPr>
              <w:jc w:val="center"/>
            </w:pPr>
            <w:r>
              <w:t>Fishing</w:t>
            </w:r>
          </w:p>
        </w:tc>
        <w:tc>
          <w:tcPr>
            <w:tcW w:w="1656" w:type="dxa"/>
          </w:tcPr>
          <w:p w14:paraId="0DCD6F31" w14:textId="517D0001" w:rsidR="005631B9" w:rsidRDefault="000118D9" w:rsidP="002818B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37610C3" wp14:editId="236DDFFC">
                  <wp:extent cx="914400" cy="91440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sh_On.png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4" w:type="dxa"/>
          </w:tcPr>
          <w:p w14:paraId="1D2F59C9" w14:textId="77777777" w:rsidR="005631B9" w:rsidRDefault="005631B9" w:rsidP="002818BB">
            <w:pPr>
              <w:jc w:val="center"/>
            </w:pPr>
          </w:p>
        </w:tc>
        <w:tc>
          <w:tcPr>
            <w:tcW w:w="1687" w:type="dxa"/>
          </w:tcPr>
          <w:p w14:paraId="3C94233A" w14:textId="77777777" w:rsidR="005631B9" w:rsidRDefault="005631B9" w:rsidP="002818BB">
            <w:pPr>
              <w:jc w:val="center"/>
            </w:pPr>
          </w:p>
        </w:tc>
        <w:tc>
          <w:tcPr>
            <w:tcW w:w="1345" w:type="dxa"/>
          </w:tcPr>
          <w:p w14:paraId="1A182C2F" w14:textId="77777777" w:rsidR="005631B9" w:rsidRDefault="005631B9" w:rsidP="002818BB">
            <w:pPr>
              <w:jc w:val="center"/>
            </w:pPr>
          </w:p>
        </w:tc>
      </w:tr>
      <w:tr w:rsidR="005631B9" w14:paraId="58DE3993" w14:textId="77777777" w:rsidTr="000D0C10">
        <w:trPr>
          <w:jc w:val="center"/>
        </w:trPr>
        <w:tc>
          <w:tcPr>
            <w:tcW w:w="1520" w:type="dxa"/>
          </w:tcPr>
          <w:p w14:paraId="099C5D87" w14:textId="77777777" w:rsidR="005631B9" w:rsidRDefault="00000000" w:rsidP="002818BB">
            <w:pPr>
              <w:jc w:val="center"/>
            </w:pPr>
            <w:r>
              <w:t>☐</w:t>
            </w:r>
          </w:p>
        </w:tc>
        <w:tc>
          <w:tcPr>
            <w:tcW w:w="1529" w:type="dxa"/>
          </w:tcPr>
          <w:p w14:paraId="79FEE2F2" w14:textId="06E2D4A8" w:rsidR="005631B9" w:rsidRDefault="000118D9" w:rsidP="002818BB">
            <w:pPr>
              <w:jc w:val="center"/>
            </w:pPr>
            <w:hyperlink r:id="rId37" w:history="1">
              <w:r w:rsidRPr="000118D9">
                <w:rPr>
                  <w:rStyle w:val="Hyperlink"/>
                </w:rPr>
                <w:t>Floats and Boats</w:t>
              </w:r>
            </w:hyperlink>
          </w:p>
          <w:p w14:paraId="4EBCB259" w14:textId="1C0F5135" w:rsidR="002818BB" w:rsidRDefault="002818BB" w:rsidP="002818B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2AB1E3F" wp14:editId="6A8F9BC2">
                  <wp:extent cx="688848" cy="914400"/>
                  <wp:effectExtent l="0" t="0" r="0" b="0"/>
                  <wp:docPr id="58741006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7410068" name="Picture 1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848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9" w:type="dxa"/>
          </w:tcPr>
          <w:p w14:paraId="3812E3EA" w14:textId="17EC72F2" w:rsidR="005631B9" w:rsidRDefault="00B108ED" w:rsidP="002818BB">
            <w:pPr>
              <w:jc w:val="center"/>
            </w:pPr>
            <w:r>
              <w:t>Boats &amp; Floating Objects</w:t>
            </w:r>
          </w:p>
        </w:tc>
        <w:tc>
          <w:tcPr>
            <w:tcW w:w="1656" w:type="dxa"/>
          </w:tcPr>
          <w:p w14:paraId="47BE4AD8" w14:textId="4D709E76" w:rsidR="005631B9" w:rsidRDefault="000118D9" w:rsidP="002818B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47BF320" wp14:editId="522AFFCB">
                  <wp:extent cx="914400" cy="91440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loats_and_Boats.png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4" w:type="dxa"/>
          </w:tcPr>
          <w:p w14:paraId="6A4A1B34" w14:textId="77777777" w:rsidR="005631B9" w:rsidRDefault="005631B9" w:rsidP="002818BB">
            <w:pPr>
              <w:jc w:val="center"/>
            </w:pPr>
          </w:p>
        </w:tc>
        <w:tc>
          <w:tcPr>
            <w:tcW w:w="1687" w:type="dxa"/>
          </w:tcPr>
          <w:p w14:paraId="380298D2" w14:textId="77777777" w:rsidR="005631B9" w:rsidRDefault="005631B9" w:rsidP="002818BB">
            <w:pPr>
              <w:jc w:val="center"/>
            </w:pPr>
          </w:p>
        </w:tc>
        <w:tc>
          <w:tcPr>
            <w:tcW w:w="1345" w:type="dxa"/>
          </w:tcPr>
          <w:p w14:paraId="56AD7E97" w14:textId="77777777" w:rsidR="005631B9" w:rsidRDefault="005631B9" w:rsidP="002818BB">
            <w:pPr>
              <w:jc w:val="center"/>
            </w:pPr>
          </w:p>
        </w:tc>
      </w:tr>
      <w:tr w:rsidR="005631B9" w14:paraId="59D05D93" w14:textId="77777777" w:rsidTr="000D0C10">
        <w:trPr>
          <w:jc w:val="center"/>
        </w:trPr>
        <w:tc>
          <w:tcPr>
            <w:tcW w:w="1520" w:type="dxa"/>
          </w:tcPr>
          <w:p w14:paraId="6053AA9F" w14:textId="77777777" w:rsidR="005631B9" w:rsidRDefault="00000000" w:rsidP="002818BB">
            <w:pPr>
              <w:jc w:val="center"/>
            </w:pPr>
            <w:r>
              <w:t>☐</w:t>
            </w:r>
          </w:p>
        </w:tc>
        <w:tc>
          <w:tcPr>
            <w:tcW w:w="1529" w:type="dxa"/>
          </w:tcPr>
          <w:p w14:paraId="3268D613" w14:textId="0F3837F4" w:rsidR="005631B9" w:rsidRDefault="000118D9" w:rsidP="002818BB">
            <w:pPr>
              <w:jc w:val="center"/>
            </w:pPr>
            <w:hyperlink r:id="rId40" w:history="1">
              <w:r w:rsidRPr="000118D9">
                <w:rPr>
                  <w:rStyle w:val="Hyperlink"/>
                </w:rPr>
                <w:t>Good Knights</w:t>
              </w:r>
            </w:hyperlink>
          </w:p>
          <w:p w14:paraId="04C57706" w14:textId="7AE97815" w:rsidR="002818BB" w:rsidRDefault="002818BB" w:rsidP="002818B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9B0AE05" wp14:editId="092391BD">
                  <wp:extent cx="688848" cy="914400"/>
                  <wp:effectExtent l="0" t="0" r="0" b="0"/>
                  <wp:docPr id="209423576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4235761" name="Picture 1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848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9" w:type="dxa"/>
          </w:tcPr>
          <w:p w14:paraId="2673CBD1" w14:textId="05AB4DC4" w:rsidR="005631B9" w:rsidRDefault="00B108ED" w:rsidP="002818BB">
            <w:pPr>
              <w:jc w:val="center"/>
            </w:pPr>
            <w:r>
              <w:t>Creativity &amp; Good Character</w:t>
            </w:r>
          </w:p>
        </w:tc>
        <w:tc>
          <w:tcPr>
            <w:tcW w:w="1656" w:type="dxa"/>
          </w:tcPr>
          <w:p w14:paraId="435ED1F7" w14:textId="6FF3600C" w:rsidR="005631B9" w:rsidRDefault="000118D9" w:rsidP="002818B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6B89B8D" wp14:editId="53345F57">
                  <wp:extent cx="914400" cy="91440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od_Knights.png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4" w:type="dxa"/>
          </w:tcPr>
          <w:p w14:paraId="27A9BDAF" w14:textId="77777777" w:rsidR="005631B9" w:rsidRDefault="005631B9" w:rsidP="002818BB">
            <w:pPr>
              <w:jc w:val="center"/>
            </w:pPr>
          </w:p>
        </w:tc>
        <w:tc>
          <w:tcPr>
            <w:tcW w:w="1687" w:type="dxa"/>
          </w:tcPr>
          <w:p w14:paraId="35DEAAF5" w14:textId="77777777" w:rsidR="005631B9" w:rsidRDefault="005631B9" w:rsidP="002818BB">
            <w:pPr>
              <w:jc w:val="center"/>
            </w:pPr>
          </w:p>
        </w:tc>
        <w:tc>
          <w:tcPr>
            <w:tcW w:w="1345" w:type="dxa"/>
          </w:tcPr>
          <w:p w14:paraId="3A513E50" w14:textId="77777777" w:rsidR="005631B9" w:rsidRDefault="005631B9" w:rsidP="002818BB">
            <w:pPr>
              <w:jc w:val="center"/>
            </w:pPr>
          </w:p>
        </w:tc>
      </w:tr>
    </w:tbl>
    <w:p w14:paraId="653E2217" w14:textId="2D3F4A7A" w:rsidR="002D53CE" w:rsidRDefault="002D53CE"/>
    <w:p w14:paraId="7018E3A3" w14:textId="77777777" w:rsidR="002D53CE" w:rsidRDefault="002D53CE">
      <w:r>
        <w:br w:type="page"/>
      </w:r>
    </w:p>
    <w:p w14:paraId="05E1E2B3" w14:textId="050A1D64" w:rsidR="002D53CE" w:rsidRDefault="00901F4C" w:rsidP="002D53CE">
      <w:pPr>
        <w:pStyle w:val="Heading2"/>
      </w:pPr>
      <w:r>
        <w:rPr>
          <w:rFonts w:ascii="Segoe UI Emoji" w:hAnsi="Segoe UI Emoji" w:cs="Segoe UI Emoji"/>
        </w:rPr>
        <w:lastRenderedPageBreak/>
        <w:t>🟩</w:t>
      </w:r>
      <w:r>
        <w:t xml:space="preserve"> </w:t>
      </w:r>
      <w:r w:rsidR="002D53CE">
        <w:t>Elective Adventures (cont’d.)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22"/>
        <w:gridCol w:w="1530"/>
        <w:gridCol w:w="1531"/>
        <w:gridCol w:w="1656"/>
        <w:gridCol w:w="1516"/>
        <w:gridCol w:w="1690"/>
        <w:gridCol w:w="1345"/>
      </w:tblGrid>
      <w:tr w:rsidR="002D53CE" w:rsidRPr="002818BB" w14:paraId="6B2286A9" w14:textId="77777777" w:rsidTr="000D0C10">
        <w:trPr>
          <w:jc w:val="center"/>
        </w:trPr>
        <w:tc>
          <w:tcPr>
            <w:tcW w:w="1522" w:type="dxa"/>
          </w:tcPr>
          <w:p w14:paraId="45C29184" w14:textId="489491A7" w:rsidR="002D53CE" w:rsidRPr="002818BB" w:rsidRDefault="00901F4C" w:rsidP="00D32319">
            <w:pPr>
              <w:jc w:val="center"/>
              <w:rPr>
                <w:b/>
                <w:bCs/>
              </w:rPr>
            </w:pPr>
            <w:r w:rsidRPr="00087C76">
              <w:rPr>
                <w:b/>
                <w:bCs/>
              </w:rPr>
              <w:t>⭐</w:t>
            </w:r>
            <w:r>
              <w:rPr>
                <w:b/>
                <w:bCs/>
              </w:rPr>
              <w:t xml:space="preserve"> </w:t>
            </w:r>
            <w:r w:rsidR="002D53CE" w:rsidRPr="002818BB">
              <w:rPr>
                <w:b/>
                <w:bCs/>
              </w:rPr>
              <w:t>Pack Planned?</w:t>
            </w:r>
          </w:p>
        </w:tc>
        <w:tc>
          <w:tcPr>
            <w:tcW w:w="1530" w:type="dxa"/>
          </w:tcPr>
          <w:p w14:paraId="54556066" w14:textId="77777777" w:rsidR="002D53CE" w:rsidRPr="002818BB" w:rsidRDefault="002D53CE" w:rsidP="00D32319">
            <w:pPr>
              <w:jc w:val="center"/>
              <w:rPr>
                <w:b/>
                <w:bCs/>
              </w:rPr>
            </w:pPr>
            <w:r w:rsidRPr="002818BB">
              <w:rPr>
                <w:b/>
                <w:bCs/>
              </w:rPr>
              <w:t>Adventure</w:t>
            </w:r>
          </w:p>
        </w:tc>
        <w:tc>
          <w:tcPr>
            <w:tcW w:w="1531" w:type="dxa"/>
          </w:tcPr>
          <w:p w14:paraId="6A601506" w14:textId="77777777" w:rsidR="002D53CE" w:rsidRPr="002818BB" w:rsidRDefault="002D53CE" w:rsidP="00D32319">
            <w:pPr>
              <w:jc w:val="center"/>
              <w:rPr>
                <w:b/>
                <w:bCs/>
              </w:rPr>
            </w:pPr>
            <w:r w:rsidRPr="002818BB">
              <w:rPr>
                <w:b/>
                <w:bCs/>
              </w:rPr>
              <w:t>Theme</w:t>
            </w:r>
          </w:p>
        </w:tc>
        <w:tc>
          <w:tcPr>
            <w:tcW w:w="1656" w:type="dxa"/>
          </w:tcPr>
          <w:p w14:paraId="0CF5373E" w14:textId="784DFF39" w:rsidR="000D0C10" w:rsidRDefault="000D0C10" w:rsidP="000D0C10">
            <w:pPr>
              <w:jc w:val="center"/>
              <w:rPr>
                <w:b/>
                <w:bCs/>
              </w:rPr>
            </w:pPr>
            <w:r w:rsidRPr="00087C76">
              <w:rPr>
                <w:rFonts w:ascii="Segoe UI Emoji" w:hAnsi="Segoe UI Emoji" w:cs="Segoe UI Emoji"/>
                <w:b/>
                <w:bCs/>
              </w:rPr>
              <w:t>📱</w:t>
            </w:r>
            <w:r w:rsidRPr="000D0C10">
              <w:rPr>
                <w:rFonts w:cs="Segoe UI Emoji"/>
                <w:b/>
                <w:bCs/>
              </w:rPr>
              <w:t>Adventure</w:t>
            </w:r>
          </w:p>
          <w:p w14:paraId="03137D92" w14:textId="227C1318" w:rsidR="002D53CE" w:rsidRPr="002818BB" w:rsidRDefault="002D53CE" w:rsidP="00D32319">
            <w:pPr>
              <w:jc w:val="center"/>
              <w:rPr>
                <w:b/>
                <w:bCs/>
              </w:rPr>
            </w:pPr>
            <w:r w:rsidRPr="002818BB">
              <w:rPr>
                <w:b/>
                <w:bCs/>
              </w:rPr>
              <w:t>QR Code</w:t>
            </w:r>
          </w:p>
        </w:tc>
        <w:tc>
          <w:tcPr>
            <w:tcW w:w="1516" w:type="dxa"/>
          </w:tcPr>
          <w:p w14:paraId="1DC4FD38" w14:textId="280BC201" w:rsidR="002D53CE" w:rsidRPr="002818BB" w:rsidRDefault="000D0C10" w:rsidP="00D32319">
            <w:pPr>
              <w:jc w:val="center"/>
              <w:rPr>
                <w:b/>
                <w:bCs/>
              </w:rPr>
            </w:pPr>
            <w:r w:rsidRPr="00087C76">
              <w:rPr>
                <w:b/>
                <w:bCs/>
              </w:rPr>
              <w:t xml:space="preserve">📅 </w:t>
            </w:r>
            <w:r w:rsidR="002D53CE" w:rsidRPr="002818BB">
              <w:rPr>
                <w:b/>
                <w:bCs/>
              </w:rPr>
              <w:t>Meeting Date</w:t>
            </w:r>
          </w:p>
        </w:tc>
        <w:tc>
          <w:tcPr>
            <w:tcW w:w="1690" w:type="dxa"/>
          </w:tcPr>
          <w:p w14:paraId="29330325" w14:textId="43946BFF" w:rsidR="002D53CE" w:rsidRPr="002818BB" w:rsidRDefault="000D0C10" w:rsidP="00D32319">
            <w:pPr>
              <w:jc w:val="center"/>
              <w:rPr>
                <w:b/>
                <w:bCs/>
              </w:rPr>
            </w:pPr>
            <w:r w:rsidRPr="00087C76">
              <w:rPr>
                <w:b/>
                <w:bCs/>
              </w:rPr>
              <w:t xml:space="preserve">🧭 </w:t>
            </w:r>
            <w:r w:rsidR="002D53CE" w:rsidRPr="002818BB">
              <w:rPr>
                <w:b/>
                <w:bCs/>
              </w:rPr>
              <w:t>Adventure Host</w:t>
            </w:r>
          </w:p>
        </w:tc>
        <w:tc>
          <w:tcPr>
            <w:tcW w:w="1345" w:type="dxa"/>
          </w:tcPr>
          <w:p w14:paraId="250C7CF5" w14:textId="4EE3CBD7" w:rsidR="002D53CE" w:rsidRPr="002818BB" w:rsidRDefault="000D0C10" w:rsidP="00D32319">
            <w:pPr>
              <w:jc w:val="center"/>
              <w:rPr>
                <w:b/>
                <w:bCs/>
              </w:rPr>
            </w:pPr>
            <w:r w:rsidRPr="00087C76">
              <w:rPr>
                <w:b/>
                <w:bCs/>
              </w:rPr>
              <w:t>📞</w:t>
            </w:r>
            <w:r w:rsidRPr="002818BB">
              <w:rPr>
                <w:b/>
                <w:bCs/>
              </w:rPr>
              <w:t xml:space="preserve"> </w:t>
            </w:r>
            <w:r w:rsidR="002D53CE" w:rsidRPr="002818BB">
              <w:rPr>
                <w:b/>
                <w:bCs/>
              </w:rPr>
              <w:t>Phone</w:t>
            </w:r>
          </w:p>
        </w:tc>
      </w:tr>
      <w:tr w:rsidR="005631B9" w14:paraId="590B2DE2" w14:textId="77777777" w:rsidTr="000D0C10">
        <w:trPr>
          <w:jc w:val="center"/>
        </w:trPr>
        <w:tc>
          <w:tcPr>
            <w:tcW w:w="1522" w:type="dxa"/>
          </w:tcPr>
          <w:p w14:paraId="29A2BA6D" w14:textId="77777777" w:rsidR="005631B9" w:rsidRDefault="00000000" w:rsidP="002818BB">
            <w:pPr>
              <w:jc w:val="center"/>
            </w:pPr>
            <w:r>
              <w:t>☐</w:t>
            </w:r>
          </w:p>
        </w:tc>
        <w:tc>
          <w:tcPr>
            <w:tcW w:w="1530" w:type="dxa"/>
          </w:tcPr>
          <w:p w14:paraId="2358F43D" w14:textId="14F10F75" w:rsidR="005631B9" w:rsidRDefault="000118D9" w:rsidP="002818BB">
            <w:pPr>
              <w:jc w:val="center"/>
            </w:pPr>
            <w:hyperlink r:id="rId43" w:history="1">
              <w:r w:rsidRPr="000118D9">
                <w:rPr>
                  <w:rStyle w:val="Hyperlink"/>
                </w:rPr>
                <w:t>Let's Camp</w:t>
              </w:r>
            </w:hyperlink>
          </w:p>
          <w:p w14:paraId="62D6C242" w14:textId="67554F59" w:rsidR="002818BB" w:rsidRDefault="002818BB" w:rsidP="002818B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ED201E4" wp14:editId="2C5028FA">
                  <wp:extent cx="688848" cy="914400"/>
                  <wp:effectExtent l="0" t="0" r="0" b="0"/>
                  <wp:docPr id="143598827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5988273" name="Picture 1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848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1" w:type="dxa"/>
          </w:tcPr>
          <w:p w14:paraId="63E755EF" w14:textId="2819609A" w:rsidR="005631B9" w:rsidRDefault="000118D9" w:rsidP="002818BB">
            <w:pPr>
              <w:jc w:val="center"/>
            </w:pPr>
            <w:r>
              <w:t>Camping</w:t>
            </w:r>
          </w:p>
        </w:tc>
        <w:tc>
          <w:tcPr>
            <w:tcW w:w="1656" w:type="dxa"/>
          </w:tcPr>
          <w:p w14:paraId="3CD8AA9C" w14:textId="516EA2EF" w:rsidR="005631B9" w:rsidRDefault="000118D9" w:rsidP="002818B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C6D7C20" wp14:editId="2F3F8E2D">
                  <wp:extent cx="914400" cy="914400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et_s_Camp_Tiger.png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6" w:type="dxa"/>
          </w:tcPr>
          <w:p w14:paraId="5F15F504" w14:textId="77777777" w:rsidR="005631B9" w:rsidRDefault="005631B9" w:rsidP="002818BB">
            <w:pPr>
              <w:jc w:val="center"/>
            </w:pPr>
          </w:p>
        </w:tc>
        <w:tc>
          <w:tcPr>
            <w:tcW w:w="1690" w:type="dxa"/>
          </w:tcPr>
          <w:p w14:paraId="68658C31" w14:textId="77777777" w:rsidR="005631B9" w:rsidRDefault="005631B9" w:rsidP="002818BB">
            <w:pPr>
              <w:jc w:val="center"/>
            </w:pPr>
          </w:p>
        </w:tc>
        <w:tc>
          <w:tcPr>
            <w:tcW w:w="1345" w:type="dxa"/>
          </w:tcPr>
          <w:p w14:paraId="1AC029AA" w14:textId="77777777" w:rsidR="005631B9" w:rsidRDefault="005631B9" w:rsidP="002818BB">
            <w:pPr>
              <w:jc w:val="center"/>
            </w:pPr>
          </w:p>
        </w:tc>
      </w:tr>
      <w:tr w:rsidR="005631B9" w14:paraId="7E27178E" w14:textId="77777777" w:rsidTr="000D0C10">
        <w:trPr>
          <w:jc w:val="center"/>
        </w:trPr>
        <w:tc>
          <w:tcPr>
            <w:tcW w:w="1522" w:type="dxa"/>
          </w:tcPr>
          <w:p w14:paraId="1CEC09C0" w14:textId="77777777" w:rsidR="005631B9" w:rsidRDefault="00000000" w:rsidP="002818BB">
            <w:pPr>
              <w:jc w:val="center"/>
            </w:pPr>
            <w:r>
              <w:t>☐</w:t>
            </w:r>
          </w:p>
        </w:tc>
        <w:tc>
          <w:tcPr>
            <w:tcW w:w="1530" w:type="dxa"/>
          </w:tcPr>
          <w:p w14:paraId="75450C98" w14:textId="1A17B03B" w:rsidR="005631B9" w:rsidRDefault="000118D9" w:rsidP="002818BB">
            <w:pPr>
              <w:jc w:val="center"/>
            </w:pPr>
            <w:hyperlink r:id="rId46" w:history="1">
              <w:r w:rsidRPr="000118D9">
                <w:rPr>
                  <w:rStyle w:val="Hyperlink"/>
                </w:rPr>
                <w:t>Race Time</w:t>
              </w:r>
            </w:hyperlink>
          </w:p>
          <w:p w14:paraId="263ECBA4" w14:textId="5D72905A" w:rsidR="002818BB" w:rsidRDefault="002818BB" w:rsidP="002818B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F18AB42" wp14:editId="427477B5">
                  <wp:extent cx="688848" cy="914400"/>
                  <wp:effectExtent l="0" t="0" r="0" b="0"/>
                  <wp:docPr id="212364200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3642003" name="Picture 1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848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1" w:type="dxa"/>
          </w:tcPr>
          <w:p w14:paraId="52171198" w14:textId="7734CF05" w:rsidR="005631B9" w:rsidRDefault="000118D9" w:rsidP="002818BB">
            <w:pPr>
              <w:jc w:val="center"/>
            </w:pPr>
            <w:r>
              <w:t xml:space="preserve">Pinewood Derby or </w:t>
            </w:r>
            <w:proofErr w:type="spellStart"/>
            <w:r>
              <w:t>Raingutter</w:t>
            </w:r>
            <w:proofErr w:type="spellEnd"/>
            <w:r>
              <w:t xml:space="preserve"> Regatta</w:t>
            </w:r>
          </w:p>
        </w:tc>
        <w:tc>
          <w:tcPr>
            <w:tcW w:w="1656" w:type="dxa"/>
          </w:tcPr>
          <w:p w14:paraId="5A0AC4D7" w14:textId="226DE972" w:rsidR="005631B9" w:rsidRDefault="000118D9" w:rsidP="002818B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DA16FB0" wp14:editId="65469265">
                  <wp:extent cx="914400" cy="914400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ace_Time_Tiger.png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6" w:type="dxa"/>
          </w:tcPr>
          <w:p w14:paraId="6A2E5707" w14:textId="77777777" w:rsidR="005631B9" w:rsidRDefault="005631B9" w:rsidP="002818BB">
            <w:pPr>
              <w:jc w:val="center"/>
            </w:pPr>
          </w:p>
        </w:tc>
        <w:tc>
          <w:tcPr>
            <w:tcW w:w="1690" w:type="dxa"/>
          </w:tcPr>
          <w:p w14:paraId="0ECD891A" w14:textId="77777777" w:rsidR="005631B9" w:rsidRDefault="005631B9" w:rsidP="002818BB">
            <w:pPr>
              <w:jc w:val="center"/>
            </w:pPr>
          </w:p>
        </w:tc>
        <w:tc>
          <w:tcPr>
            <w:tcW w:w="1345" w:type="dxa"/>
          </w:tcPr>
          <w:p w14:paraId="7E1170F3" w14:textId="77777777" w:rsidR="005631B9" w:rsidRDefault="005631B9" w:rsidP="002818BB">
            <w:pPr>
              <w:jc w:val="center"/>
            </w:pPr>
          </w:p>
        </w:tc>
      </w:tr>
      <w:tr w:rsidR="005631B9" w14:paraId="24F74206" w14:textId="77777777" w:rsidTr="000D0C10">
        <w:trPr>
          <w:jc w:val="center"/>
        </w:trPr>
        <w:tc>
          <w:tcPr>
            <w:tcW w:w="1522" w:type="dxa"/>
          </w:tcPr>
          <w:p w14:paraId="3CBF9766" w14:textId="77777777" w:rsidR="005631B9" w:rsidRDefault="00000000" w:rsidP="002818BB">
            <w:pPr>
              <w:jc w:val="center"/>
            </w:pPr>
            <w:r>
              <w:t>☐</w:t>
            </w:r>
          </w:p>
        </w:tc>
        <w:tc>
          <w:tcPr>
            <w:tcW w:w="1530" w:type="dxa"/>
          </w:tcPr>
          <w:p w14:paraId="7AA7C660" w14:textId="2430355A" w:rsidR="005631B9" w:rsidRDefault="000118D9" w:rsidP="002818BB">
            <w:pPr>
              <w:jc w:val="center"/>
            </w:pPr>
            <w:hyperlink r:id="rId49" w:history="1">
              <w:r w:rsidRPr="000118D9">
                <w:rPr>
                  <w:rStyle w:val="Hyperlink"/>
                </w:rPr>
                <w:t>Rolling Tigers</w:t>
              </w:r>
            </w:hyperlink>
          </w:p>
          <w:p w14:paraId="1D2004CA" w14:textId="5C9EF3F3" w:rsidR="002818BB" w:rsidRDefault="002818BB" w:rsidP="002818B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9019FCC" wp14:editId="5A97F521">
                  <wp:extent cx="688848" cy="914400"/>
                  <wp:effectExtent l="0" t="0" r="0" b="0"/>
                  <wp:docPr id="170529709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5297093" name="Picture 1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848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1" w:type="dxa"/>
          </w:tcPr>
          <w:p w14:paraId="70647FF6" w14:textId="61E18F4C" w:rsidR="005631B9" w:rsidRDefault="000118D9" w:rsidP="002818BB">
            <w:pPr>
              <w:jc w:val="center"/>
            </w:pPr>
            <w:r>
              <w:t>Cycling</w:t>
            </w:r>
          </w:p>
        </w:tc>
        <w:tc>
          <w:tcPr>
            <w:tcW w:w="1656" w:type="dxa"/>
          </w:tcPr>
          <w:p w14:paraId="5A8E049D" w14:textId="1BBD8A9D" w:rsidR="005631B9" w:rsidRDefault="000118D9" w:rsidP="002818B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17B5F5C" wp14:editId="05061A5A">
                  <wp:extent cx="914400" cy="914400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olling_Tigers.png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6" w:type="dxa"/>
          </w:tcPr>
          <w:p w14:paraId="1553EBCE" w14:textId="77777777" w:rsidR="005631B9" w:rsidRDefault="005631B9" w:rsidP="002818BB">
            <w:pPr>
              <w:jc w:val="center"/>
            </w:pPr>
          </w:p>
        </w:tc>
        <w:tc>
          <w:tcPr>
            <w:tcW w:w="1690" w:type="dxa"/>
          </w:tcPr>
          <w:p w14:paraId="4F89FF79" w14:textId="77777777" w:rsidR="005631B9" w:rsidRDefault="005631B9" w:rsidP="002818BB">
            <w:pPr>
              <w:jc w:val="center"/>
            </w:pPr>
          </w:p>
        </w:tc>
        <w:tc>
          <w:tcPr>
            <w:tcW w:w="1345" w:type="dxa"/>
          </w:tcPr>
          <w:p w14:paraId="7C1AA34A" w14:textId="77777777" w:rsidR="005631B9" w:rsidRDefault="005631B9" w:rsidP="002818BB">
            <w:pPr>
              <w:jc w:val="center"/>
            </w:pPr>
          </w:p>
        </w:tc>
      </w:tr>
      <w:tr w:rsidR="005631B9" w14:paraId="6ACE44BB" w14:textId="77777777" w:rsidTr="000D0C10">
        <w:trPr>
          <w:jc w:val="center"/>
        </w:trPr>
        <w:tc>
          <w:tcPr>
            <w:tcW w:w="1522" w:type="dxa"/>
          </w:tcPr>
          <w:p w14:paraId="3CACA8A3" w14:textId="77777777" w:rsidR="005631B9" w:rsidRDefault="00000000" w:rsidP="002818BB">
            <w:pPr>
              <w:jc w:val="center"/>
            </w:pPr>
            <w:r>
              <w:t>☐</w:t>
            </w:r>
          </w:p>
        </w:tc>
        <w:tc>
          <w:tcPr>
            <w:tcW w:w="1530" w:type="dxa"/>
          </w:tcPr>
          <w:p w14:paraId="79F8E844" w14:textId="270818E3" w:rsidR="005631B9" w:rsidRDefault="000118D9" w:rsidP="002818BB">
            <w:pPr>
              <w:jc w:val="center"/>
            </w:pPr>
            <w:hyperlink r:id="rId52" w:history="1">
              <w:r w:rsidRPr="000118D9">
                <w:rPr>
                  <w:rStyle w:val="Hyperlink"/>
                </w:rPr>
                <w:t>Safe and Smart</w:t>
              </w:r>
            </w:hyperlink>
          </w:p>
          <w:p w14:paraId="46CE417E" w14:textId="4D1D3B4E" w:rsidR="002818BB" w:rsidRDefault="002818BB" w:rsidP="002818B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57901CA" wp14:editId="3414CEBC">
                  <wp:extent cx="688848" cy="914400"/>
                  <wp:effectExtent l="0" t="0" r="0" b="0"/>
                  <wp:docPr id="49171859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1718596" name="Picture 1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848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1" w:type="dxa"/>
          </w:tcPr>
          <w:p w14:paraId="71B3552A" w14:textId="45566E0A" w:rsidR="005631B9" w:rsidRDefault="00B108ED" w:rsidP="002818BB">
            <w:pPr>
              <w:jc w:val="center"/>
            </w:pPr>
            <w:r>
              <w:t>Fire Safety</w:t>
            </w:r>
          </w:p>
        </w:tc>
        <w:tc>
          <w:tcPr>
            <w:tcW w:w="1656" w:type="dxa"/>
          </w:tcPr>
          <w:p w14:paraId="07D716A9" w14:textId="23F5F950" w:rsidR="005631B9" w:rsidRDefault="000118D9" w:rsidP="002818B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E6A3FB1" wp14:editId="3D1A23AC">
                  <wp:extent cx="914400" cy="914400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fe_and_Smart.png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6" w:type="dxa"/>
          </w:tcPr>
          <w:p w14:paraId="618D022C" w14:textId="77777777" w:rsidR="005631B9" w:rsidRDefault="005631B9" w:rsidP="002818BB">
            <w:pPr>
              <w:jc w:val="center"/>
            </w:pPr>
          </w:p>
        </w:tc>
        <w:tc>
          <w:tcPr>
            <w:tcW w:w="1690" w:type="dxa"/>
          </w:tcPr>
          <w:p w14:paraId="79993556" w14:textId="77777777" w:rsidR="005631B9" w:rsidRDefault="005631B9" w:rsidP="002818BB">
            <w:pPr>
              <w:jc w:val="center"/>
            </w:pPr>
          </w:p>
        </w:tc>
        <w:tc>
          <w:tcPr>
            <w:tcW w:w="1345" w:type="dxa"/>
          </w:tcPr>
          <w:p w14:paraId="05A01EE7" w14:textId="77777777" w:rsidR="005631B9" w:rsidRDefault="005631B9" w:rsidP="002818BB">
            <w:pPr>
              <w:jc w:val="center"/>
            </w:pPr>
          </w:p>
        </w:tc>
      </w:tr>
      <w:tr w:rsidR="005631B9" w14:paraId="6FFC1D79" w14:textId="77777777" w:rsidTr="000D0C10">
        <w:trPr>
          <w:jc w:val="center"/>
        </w:trPr>
        <w:tc>
          <w:tcPr>
            <w:tcW w:w="1522" w:type="dxa"/>
          </w:tcPr>
          <w:p w14:paraId="062F9859" w14:textId="77777777" w:rsidR="005631B9" w:rsidRDefault="00000000" w:rsidP="002818BB">
            <w:pPr>
              <w:jc w:val="center"/>
            </w:pPr>
            <w:r>
              <w:t>☐</w:t>
            </w:r>
          </w:p>
        </w:tc>
        <w:tc>
          <w:tcPr>
            <w:tcW w:w="1530" w:type="dxa"/>
          </w:tcPr>
          <w:p w14:paraId="44EAF3B3" w14:textId="266B2011" w:rsidR="005631B9" w:rsidRDefault="002D53CE" w:rsidP="002818BB">
            <w:pPr>
              <w:jc w:val="center"/>
            </w:pPr>
            <w:hyperlink r:id="rId55" w:history="1">
              <w:r w:rsidRPr="002D53CE">
                <w:rPr>
                  <w:rStyle w:val="Hyperlink"/>
                </w:rPr>
                <w:t>Sky is the Limit</w:t>
              </w:r>
            </w:hyperlink>
          </w:p>
          <w:p w14:paraId="6AF43CB6" w14:textId="038DBD19" w:rsidR="002818BB" w:rsidRDefault="002818BB" w:rsidP="002818B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F9C1530" wp14:editId="0300F41D">
                  <wp:extent cx="688848" cy="914400"/>
                  <wp:effectExtent l="0" t="0" r="0" b="0"/>
                  <wp:docPr id="54268217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2682175" name="Picture 1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848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1" w:type="dxa"/>
          </w:tcPr>
          <w:p w14:paraId="36C9FCAB" w14:textId="03BD7FB0" w:rsidR="005631B9" w:rsidRDefault="00B108ED" w:rsidP="002818BB">
            <w:pPr>
              <w:jc w:val="center"/>
            </w:pPr>
            <w:r>
              <w:t>Night Sky Exploration</w:t>
            </w:r>
          </w:p>
        </w:tc>
        <w:tc>
          <w:tcPr>
            <w:tcW w:w="1656" w:type="dxa"/>
          </w:tcPr>
          <w:p w14:paraId="7DEEEAFC" w14:textId="76A91443" w:rsidR="005631B9" w:rsidRDefault="002D53CE" w:rsidP="002818B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F7B48FF" wp14:editId="47AC45D0">
                  <wp:extent cx="914400" cy="914400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ky_Is_the_Limit.png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6" w:type="dxa"/>
          </w:tcPr>
          <w:p w14:paraId="51B9AE98" w14:textId="77777777" w:rsidR="005631B9" w:rsidRDefault="005631B9" w:rsidP="002818BB">
            <w:pPr>
              <w:jc w:val="center"/>
            </w:pPr>
          </w:p>
        </w:tc>
        <w:tc>
          <w:tcPr>
            <w:tcW w:w="1690" w:type="dxa"/>
          </w:tcPr>
          <w:p w14:paraId="5B6BF088" w14:textId="77777777" w:rsidR="005631B9" w:rsidRDefault="005631B9" w:rsidP="002818BB">
            <w:pPr>
              <w:jc w:val="center"/>
            </w:pPr>
          </w:p>
        </w:tc>
        <w:tc>
          <w:tcPr>
            <w:tcW w:w="1345" w:type="dxa"/>
          </w:tcPr>
          <w:p w14:paraId="56F78026" w14:textId="77777777" w:rsidR="005631B9" w:rsidRDefault="005631B9" w:rsidP="002818BB">
            <w:pPr>
              <w:jc w:val="center"/>
            </w:pPr>
          </w:p>
        </w:tc>
      </w:tr>
      <w:tr w:rsidR="005631B9" w14:paraId="331BF314" w14:textId="77777777" w:rsidTr="000D0C10">
        <w:trPr>
          <w:jc w:val="center"/>
        </w:trPr>
        <w:tc>
          <w:tcPr>
            <w:tcW w:w="1522" w:type="dxa"/>
          </w:tcPr>
          <w:p w14:paraId="3603ABD6" w14:textId="77777777" w:rsidR="005631B9" w:rsidRDefault="00000000" w:rsidP="002818BB">
            <w:pPr>
              <w:jc w:val="center"/>
            </w:pPr>
            <w:r>
              <w:t>☐</w:t>
            </w:r>
          </w:p>
        </w:tc>
        <w:tc>
          <w:tcPr>
            <w:tcW w:w="1530" w:type="dxa"/>
          </w:tcPr>
          <w:p w14:paraId="65BDF575" w14:textId="58126954" w:rsidR="005631B9" w:rsidRDefault="002D53CE" w:rsidP="002818BB">
            <w:pPr>
              <w:jc w:val="center"/>
            </w:pPr>
            <w:hyperlink r:id="rId58" w:history="1">
              <w:r w:rsidRPr="002D53CE">
                <w:rPr>
                  <w:rStyle w:val="Hyperlink"/>
                </w:rPr>
                <w:t>Stories in Shapes</w:t>
              </w:r>
            </w:hyperlink>
          </w:p>
          <w:p w14:paraId="45E3F467" w14:textId="11178AF2" w:rsidR="002818BB" w:rsidRDefault="002818BB" w:rsidP="002818B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F3A1425" wp14:editId="1490ED44">
                  <wp:extent cx="688848" cy="914400"/>
                  <wp:effectExtent l="0" t="0" r="0" b="0"/>
                  <wp:docPr id="25541289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412894" name="Picture 1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848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1" w:type="dxa"/>
          </w:tcPr>
          <w:p w14:paraId="5523EE15" w14:textId="39DC6CD1" w:rsidR="005631B9" w:rsidRDefault="00B108ED" w:rsidP="002818BB">
            <w:pPr>
              <w:jc w:val="center"/>
            </w:pPr>
            <w:r>
              <w:t>Shapes in Art</w:t>
            </w:r>
          </w:p>
        </w:tc>
        <w:tc>
          <w:tcPr>
            <w:tcW w:w="1656" w:type="dxa"/>
          </w:tcPr>
          <w:p w14:paraId="5E716D39" w14:textId="63402A85" w:rsidR="005631B9" w:rsidRDefault="002D53CE" w:rsidP="002818B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FAC2162" wp14:editId="79898A1C">
                  <wp:extent cx="914400" cy="914400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tories_in_Shapes.png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6" w:type="dxa"/>
          </w:tcPr>
          <w:p w14:paraId="40781C7E" w14:textId="77777777" w:rsidR="005631B9" w:rsidRDefault="005631B9" w:rsidP="002818BB">
            <w:pPr>
              <w:jc w:val="center"/>
            </w:pPr>
          </w:p>
        </w:tc>
        <w:tc>
          <w:tcPr>
            <w:tcW w:w="1690" w:type="dxa"/>
          </w:tcPr>
          <w:p w14:paraId="5AE9E01E" w14:textId="77777777" w:rsidR="005631B9" w:rsidRDefault="005631B9" w:rsidP="002818BB">
            <w:pPr>
              <w:jc w:val="center"/>
            </w:pPr>
          </w:p>
        </w:tc>
        <w:tc>
          <w:tcPr>
            <w:tcW w:w="1345" w:type="dxa"/>
          </w:tcPr>
          <w:p w14:paraId="5947D0A3" w14:textId="77777777" w:rsidR="005631B9" w:rsidRDefault="005631B9" w:rsidP="002818BB">
            <w:pPr>
              <w:jc w:val="center"/>
            </w:pPr>
          </w:p>
        </w:tc>
      </w:tr>
      <w:tr w:rsidR="005631B9" w14:paraId="1D968CC5" w14:textId="77777777" w:rsidTr="000D0C10">
        <w:trPr>
          <w:jc w:val="center"/>
        </w:trPr>
        <w:tc>
          <w:tcPr>
            <w:tcW w:w="1522" w:type="dxa"/>
          </w:tcPr>
          <w:p w14:paraId="52491564" w14:textId="77777777" w:rsidR="005631B9" w:rsidRDefault="00000000" w:rsidP="002818BB">
            <w:pPr>
              <w:jc w:val="center"/>
            </w:pPr>
            <w:r>
              <w:t>☐</w:t>
            </w:r>
          </w:p>
        </w:tc>
        <w:tc>
          <w:tcPr>
            <w:tcW w:w="1530" w:type="dxa"/>
          </w:tcPr>
          <w:p w14:paraId="0357657D" w14:textId="37B1018D" w:rsidR="005631B9" w:rsidRDefault="002D53CE" w:rsidP="002818BB">
            <w:pPr>
              <w:jc w:val="center"/>
            </w:pPr>
            <w:hyperlink r:id="rId61" w:history="1">
              <w:r w:rsidRPr="002D53CE">
                <w:rPr>
                  <w:rStyle w:val="Hyperlink"/>
                </w:rPr>
                <w:t>Tech All Around</w:t>
              </w:r>
            </w:hyperlink>
          </w:p>
          <w:p w14:paraId="58C66FF9" w14:textId="348DF3AA" w:rsidR="002818BB" w:rsidRDefault="002818BB" w:rsidP="002818B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4C9877D" wp14:editId="520DA7B7">
                  <wp:extent cx="688848" cy="914400"/>
                  <wp:effectExtent l="0" t="0" r="0" b="0"/>
                  <wp:docPr id="104133652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1336523" name="Picture 1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848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1" w:type="dxa"/>
          </w:tcPr>
          <w:p w14:paraId="4FC28AB5" w14:textId="52C8BAE0" w:rsidR="005631B9" w:rsidRDefault="000118D9" w:rsidP="002818BB">
            <w:pPr>
              <w:jc w:val="center"/>
            </w:pPr>
            <w:r>
              <w:t>Technology</w:t>
            </w:r>
          </w:p>
        </w:tc>
        <w:tc>
          <w:tcPr>
            <w:tcW w:w="1656" w:type="dxa"/>
          </w:tcPr>
          <w:p w14:paraId="75502721" w14:textId="08E683A4" w:rsidR="005631B9" w:rsidRDefault="002D53CE" w:rsidP="002818B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E54EE51" wp14:editId="6B4754B1">
                  <wp:extent cx="914400" cy="914400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ech_All_Around.png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6" w:type="dxa"/>
          </w:tcPr>
          <w:p w14:paraId="1EFA13FA" w14:textId="77777777" w:rsidR="005631B9" w:rsidRDefault="005631B9" w:rsidP="002818BB">
            <w:pPr>
              <w:jc w:val="center"/>
            </w:pPr>
          </w:p>
        </w:tc>
        <w:tc>
          <w:tcPr>
            <w:tcW w:w="1690" w:type="dxa"/>
          </w:tcPr>
          <w:p w14:paraId="7ADD2260" w14:textId="77777777" w:rsidR="005631B9" w:rsidRDefault="005631B9" w:rsidP="002818BB">
            <w:pPr>
              <w:jc w:val="center"/>
            </w:pPr>
          </w:p>
        </w:tc>
        <w:tc>
          <w:tcPr>
            <w:tcW w:w="1345" w:type="dxa"/>
          </w:tcPr>
          <w:p w14:paraId="107CC4CC" w14:textId="77777777" w:rsidR="005631B9" w:rsidRDefault="005631B9" w:rsidP="002818BB">
            <w:pPr>
              <w:jc w:val="center"/>
            </w:pPr>
          </w:p>
        </w:tc>
      </w:tr>
    </w:tbl>
    <w:p w14:paraId="2510A3D8" w14:textId="77777777" w:rsidR="002D53CE" w:rsidRDefault="002D53CE">
      <w:r>
        <w:br w:type="page"/>
      </w:r>
    </w:p>
    <w:p w14:paraId="64233418" w14:textId="51CDA3CC" w:rsidR="002D53CE" w:rsidRDefault="00901F4C" w:rsidP="002D53CE">
      <w:pPr>
        <w:pStyle w:val="Heading2"/>
      </w:pPr>
      <w:r>
        <w:rPr>
          <w:rFonts w:ascii="Segoe UI Emoji" w:hAnsi="Segoe UI Emoji" w:cs="Segoe UI Emoji"/>
        </w:rPr>
        <w:lastRenderedPageBreak/>
        <w:t>🟩</w:t>
      </w:r>
      <w:r>
        <w:t xml:space="preserve"> </w:t>
      </w:r>
      <w:r w:rsidR="002D53CE">
        <w:t>Elective Adventures (cont’d.)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99"/>
        <w:gridCol w:w="1531"/>
        <w:gridCol w:w="1637"/>
        <w:gridCol w:w="1656"/>
        <w:gridCol w:w="1486"/>
        <w:gridCol w:w="1661"/>
        <w:gridCol w:w="1320"/>
      </w:tblGrid>
      <w:tr w:rsidR="002D53CE" w:rsidRPr="002818BB" w14:paraId="01F9B904" w14:textId="77777777" w:rsidTr="000D0C10">
        <w:trPr>
          <w:jc w:val="center"/>
        </w:trPr>
        <w:tc>
          <w:tcPr>
            <w:tcW w:w="1518" w:type="dxa"/>
          </w:tcPr>
          <w:p w14:paraId="359277E7" w14:textId="77777777" w:rsidR="002D53CE" w:rsidRPr="002818BB" w:rsidRDefault="002D53CE" w:rsidP="00D32319">
            <w:pPr>
              <w:jc w:val="center"/>
              <w:rPr>
                <w:b/>
                <w:bCs/>
              </w:rPr>
            </w:pPr>
            <w:r w:rsidRPr="002818BB">
              <w:rPr>
                <w:b/>
                <w:bCs/>
              </w:rPr>
              <w:t>Pack Planned?</w:t>
            </w:r>
          </w:p>
        </w:tc>
        <w:tc>
          <w:tcPr>
            <w:tcW w:w="1536" w:type="dxa"/>
          </w:tcPr>
          <w:p w14:paraId="4F0EA412" w14:textId="77777777" w:rsidR="002D53CE" w:rsidRPr="002818BB" w:rsidRDefault="002D53CE" w:rsidP="00D32319">
            <w:pPr>
              <w:jc w:val="center"/>
              <w:rPr>
                <w:b/>
                <w:bCs/>
              </w:rPr>
            </w:pPr>
            <w:r w:rsidRPr="002818BB">
              <w:rPr>
                <w:b/>
                <w:bCs/>
              </w:rPr>
              <w:t>Adventure</w:t>
            </w:r>
          </w:p>
        </w:tc>
        <w:tc>
          <w:tcPr>
            <w:tcW w:w="1543" w:type="dxa"/>
          </w:tcPr>
          <w:p w14:paraId="7FB9277E" w14:textId="77777777" w:rsidR="002D53CE" w:rsidRPr="002818BB" w:rsidRDefault="002D53CE" w:rsidP="00D32319">
            <w:pPr>
              <w:jc w:val="center"/>
              <w:rPr>
                <w:b/>
                <w:bCs/>
              </w:rPr>
            </w:pPr>
            <w:r w:rsidRPr="002818BB">
              <w:rPr>
                <w:b/>
                <w:bCs/>
              </w:rPr>
              <w:t>Theme</w:t>
            </w:r>
          </w:p>
        </w:tc>
        <w:tc>
          <w:tcPr>
            <w:tcW w:w="1656" w:type="dxa"/>
          </w:tcPr>
          <w:p w14:paraId="3188EEFC" w14:textId="77777777" w:rsidR="000D0C10" w:rsidRDefault="000D0C10" w:rsidP="000D0C10">
            <w:pPr>
              <w:jc w:val="center"/>
              <w:rPr>
                <w:b/>
                <w:bCs/>
              </w:rPr>
            </w:pPr>
            <w:r w:rsidRPr="00087C76">
              <w:rPr>
                <w:rFonts w:ascii="Segoe UI Emoji" w:hAnsi="Segoe UI Emoji" w:cs="Segoe UI Emoji"/>
                <w:b/>
                <w:bCs/>
              </w:rPr>
              <w:t>📱</w:t>
            </w:r>
            <w:r w:rsidRPr="000D0C10">
              <w:rPr>
                <w:rFonts w:cs="Segoe UI Emoji"/>
                <w:b/>
                <w:bCs/>
              </w:rPr>
              <w:t>Adventure</w:t>
            </w:r>
          </w:p>
          <w:p w14:paraId="7D2D0E9F" w14:textId="63453686" w:rsidR="002D53CE" w:rsidRPr="002818BB" w:rsidRDefault="002D53CE" w:rsidP="00D32319">
            <w:pPr>
              <w:jc w:val="center"/>
              <w:rPr>
                <w:b/>
                <w:bCs/>
              </w:rPr>
            </w:pPr>
            <w:r w:rsidRPr="002818BB">
              <w:rPr>
                <w:b/>
                <w:bCs/>
              </w:rPr>
              <w:t>QR Code</w:t>
            </w:r>
          </w:p>
        </w:tc>
        <w:tc>
          <w:tcPr>
            <w:tcW w:w="1511" w:type="dxa"/>
          </w:tcPr>
          <w:p w14:paraId="4496E1B9" w14:textId="6D8BB41A" w:rsidR="002D53CE" w:rsidRPr="002818BB" w:rsidRDefault="000D0C10" w:rsidP="00D32319">
            <w:pPr>
              <w:jc w:val="center"/>
              <w:rPr>
                <w:b/>
                <w:bCs/>
              </w:rPr>
            </w:pPr>
            <w:r w:rsidRPr="00087C76">
              <w:rPr>
                <w:b/>
                <w:bCs/>
              </w:rPr>
              <w:t xml:space="preserve">📅 </w:t>
            </w:r>
            <w:r w:rsidR="002D53CE" w:rsidRPr="002818BB">
              <w:rPr>
                <w:b/>
                <w:bCs/>
              </w:rPr>
              <w:t>Meeting Date</w:t>
            </w:r>
          </w:p>
        </w:tc>
        <w:tc>
          <w:tcPr>
            <w:tcW w:w="1681" w:type="dxa"/>
          </w:tcPr>
          <w:p w14:paraId="6B5E48B3" w14:textId="74493445" w:rsidR="002D53CE" w:rsidRPr="002818BB" w:rsidRDefault="000D0C10" w:rsidP="00D32319">
            <w:pPr>
              <w:jc w:val="center"/>
              <w:rPr>
                <w:b/>
                <w:bCs/>
              </w:rPr>
            </w:pPr>
            <w:r w:rsidRPr="00087C76">
              <w:rPr>
                <w:b/>
                <w:bCs/>
              </w:rPr>
              <w:t xml:space="preserve">🧭 </w:t>
            </w:r>
            <w:r w:rsidR="002D53CE" w:rsidRPr="002818BB">
              <w:rPr>
                <w:b/>
                <w:bCs/>
              </w:rPr>
              <w:t>Adventure Host</w:t>
            </w:r>
          </w:p>
        </w:tc>
        <w:tc>
          <w:tcPr>
            <w:tcW w:w="1345" w:type="dxa"/>
          </w:tcPr>
          <w:p w14:paraId="1B17FAB5" w14:textId="5D1DE7BB" w:rsidR="002D53CE" w:rsidRPr="002818BB" w:rsidRDefault="000D0C10" w:rsidP="00D32319">
            <w:pPr>
              <w:jc w:val="center"/>
              <w:rPr>
                <w:b/>
                <w:bCs/>
              </w:rPr>
            </w:pPr>
            <w:r w:rsidRPr="00087C76">
              <w:rPr>
                <w:b/>
                <w:bCs/>
              </w:rPr>
              <w:t>📞</w:t>
            </w:r>
            <w:r w:rsidRPr="002818BB">
              <w:rPr>
                <w:b/>
                <w:bCs/>
              </w:rPr>
              <w:t xml:space="preserve"> </w:t>
            </w:r>
            <w:r w:rsidR="002D53CE" w:rsidRPr="002818BB">
              <w:rPr>
                <w:b/>
                <w:bCs/>
              </w:rPr>
              <w:t>Phone</w:t>
            </w:r>
          </w:p>
        </w:tc>
      </w:tr>
      <w:tr w:rsidR="005631B9" w14:paraId="4FC2104D" w14:textId="77777777" w:rsidTr="000D0C10">
        <w:trPr>
          <w:jc w:val="center"/>
        </w:trPr>
        <w:tc>
          <w:tcPr>
            <w:tcW w:w="1518" w:type="dxa"/>
          </w:tcPr>
          <w:p w14:paraId="33A3200F" w14:textId="0A6A60C6" w:rsidR="005631B9" w:rsidRDefault="005631B9" w:rsidP="002D53CE">
            <w:pPr>
              <w:jc w:val="center"/>
            </w:pPr>
          </w:p>
        </w:tc>
        <w:tc>
          <w:tcPr>
            <w:tcW w:w="1536" w:type="dxa"/>
          </w:tcPr>
          <w:p w14:paraId="30F57636" w14:textId="54765B24" w:rsidR="005631B9" w:rsidRDefault="002D53CE" w:rsidP="002818BB">
            <w:pPr>
              <w:jc w:val="center"/>
            </w:pPr>
            <w:hyperlink r:id="rId64" w:history="1">
              <w:r w:rsidRPr="002D53CE">
                <w:rPr>
                  <w:rStyle w:val="Hyperlink"/>
                </w:rPr>
                <w:t>Tiger Tag</w:t>
              </w:r>
            </w:hyperlink>
          </w:p>
          <w:p w14:paraId="1411A5A9" w14:textId="034F3E4B" w:rsidR="002818BB" w:rsidRDefault="002818BB" w:rsidP="002818B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2156D22" wp14:editId="0F07729C">
                  <wp:extent cx="688848" cy="914400"/>
                  <wp:effectExtent l="0" t="0" r="0" b="0"/>
                  <wp:docPr id="149043008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0430085" name="Picture 1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848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040CFF71" w14:textId="759E8589" w:rsidR="005631B9" w:rsidRDefault="00B108ED" w:rsidP="002818BB">
            <w:pPr>
              <w:jc w:val="center"/>
            </w:pPr>
            <w:r>
              <w:t xml:space="preserve">Games &amp; Good </w:t>
            </w:r>
            <w:r w:rsidR="00901F4C">
              <w:t>Sportsmanship</w:t>
            </w:r>
          </w:p>
        </w:tc>
        <w:tc>
          <w:tcPr>
            <w:tcW w:w="1656" w:type="dxa"/>
          </w:tcPr>
          <w:p w14:paraId="01B04AA0" w14:textId="211B9F33" w:rsidR="005631B9" w:rsidRDefault="002D53CE" w:rsidP="002818B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BB71A54" wp14:editId="7A79E832">
                  <wp:extent cx="914400" cy="914400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iger_Tag.png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1" w:type="dxa"/>
          </w:tcPr>
          <w:p w14:paraId="632B94EB" w14:textId="77777777" w:rsidR="005631B9" w:rsidRDefault="005631B9" w:rsidP="002818BB">
            <w:pPr>
              <w:jc w:val="center"/>
            </w:pPr>
          </w:p>
        </w:tc>
        <w:tc>
          <w:tcPr>
            <w:tcW w:w="1681" w:type="dxa"/>
          </w:tcPr>
          <w:p w14:paraId="19FCEF71" w14:textId="77777777" w:rsidR="005631B9" w:rsidRDefault="005631B9" w:rsidP="002818BB">
            <w:pPr>
              <w:jc w:val="center"/>
            </w:pPr>
          </w:p>
        </w:tc>
        <w:tc>
          <w:tcPr>
            <w:tcW w:w="1345" w:type="dxa"/>
          </w:tcPr>
          <w:p w14:paraId="177A7408" w14:textId="77777777" w:rsidR="005631B9" w:rsidRDefault="005631B9" w:rsidP="002818BB">
            <w:pPr>
              <w:jc w:val="center"/>
            </w:pPr>
          </w:p>
        </w:tc>
      </w:tr>
      <w:tr w:rsidR="005631B9" w14:paraId="4E92E616" w14:textId="77777777" w:rsidTr="000D0C10">
        <w:trPr>
          <w:jc w:val="center"/>
        </w:trPr>
        <w:tc>
          <w:tcPr>
            <w:tcW w:w="1518" w:type="dxa"/>
          </w:tcPr>
          <w:p w14:paraId="62F8390E" w14:textId="77777777" w:rsidR="005631B9" w:rsidRDefault="00000000" w:rsidP="002818BB">
            <w:pPr>
              <w:jc w:val="center"/>
            </w:pPr>
            <w:r>
              <w:t>☐</w:t>
            </w:r>
          </w:p>
        </w:tc>
        <w:tc>
          <w:tcPr>
            <w:tcW w:w="1536" w:type="dxa"/>
          </w:tcPr>
          <w:p w14:paraId="7F9F59A7" w14:textId="51D71DCA" w:rsidR="005631B9" w:rsidRDefault="002D53CE" w:rsidP="002818BB">
            <w:pPr>
              <w:jc w:val="center"/>
            </w:pPr>
            <w:hyperlink r:id="rId67" w:history="1">
              <w:r w:rsidRPr="002D53CE">
                <w:rPr>
                  <w:rStyle w:val="Hyperlink"/>
                </w:rPr>
                <w:t>Tiger-</w:t>
              </w:r>
              <w:proofErr w:type="spellStart"/>
              <w:r w:rsidRPr="002D53CE">
                <w:rPr>
                  <w:rStyle w:val="Hyperlink"/>
                </w:rPr>
                <w:t>iffic</w:t>
              </w:r>
              <w:proofErr w:type="spellEnd"/>
            </w:hyperlink>
          </w:p>
          <w:p w14:paraId="67B1BB2E" w14:textId="3FAB6AD9" w:rsidR="002818BB" w:rsidRDefault="002818BB" w:rsidP="002818B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E2ECEB1" wp14:editId="2B36D457">
                  <wp:extent cx="688848" cy="914400"/>
                  <wp:effectExtent l="0" t="0" r="0" b="0"/>
                  <wp:docPr id="214031002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0310028" name="Picture 1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848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2866BF89" w14:textId="237E5E7C" w:rsidR="005631B9" w:rsidRDefault="00B108ED" w:rsidP="002818BB">
            <w:pPr>
              <w:jc w:val="center"/>
            </w:pPr>
            <w:r>
              <w:t>Games</w:t>
            </w:r>
          </w:p>
        </w:tc>
        <w:tc>
          <w:tcPr>
            <w:tcW w:w="1656" w:type="dxa"/>
          </w:tcPr>
          <w:p w14:paraId="08CEACDC" w14:textId="13F6F583" w:rsidR="005631B9" w:rsidRDefault="002D53CE" w:rsidP="002818B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4354F8D" wp14:editId="0C39871A">
                  <wp:extent cx="914400" cy="914400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iger_iffic_.png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1" w:type="dxa"/>
          </w:tcPr>
          <w:p w14:paraId="7BCA2F56" w14:textId="77777777" w:rsidR="005631B9" w:rsidRDefault="005631B9" w:rsidP="002818BB">
            <w:pPr>
              <w:jc w:val="center"/>
            </w:pPr>
          </w:p>
        </w:tc>
        <w:tc>
          <w:tcPr>
            <w:tcW w:w="1681" w:type="dxa"/>
          </w:tcPr>
          <w:p w14:paraId="1686F805" w14:textId="77777777" w:rsidR="005631B9" w:rsidRDefault="005631B9" w:rsidP="002818BB">
            <w:pPr>
              <w:jc w:val="center"/>
            </w:pPr>
          </w:p>
        </w:tc>
        <w:tc>
          <w:tcPr>
            <w:tcW w:w="1345" w:type="dxa"/>
          </w:tcPr>
          <w:p w14:paraId="52E5A25F" w14:textId="77777777" w:rsidR="005631B9" w:rsidRDefault="005631B9" w:rsidP="002818BB">
            <w:pPr>
              <w:jc w:val="center"/>
            </w:pPr>
          </w:p>
        </w:tc>
      </w:tr>
      <w:tr w:rsidR="005631B9" w14:paraId="52EA4301" w14:textId="77777777" w:rsidTr="000D0C10">
        <w:trPr>
          <w:jc w:val="center"/>
        </w:trPr>
        <w:tc>
          <w:tcPr>
            <w:tcW w:w="1518" w:type="dxa"/>
          </w:tcPr>
          <w:p w14:paraId="0C315508" w14:textId="77777777" w:rsidR="005631B9" w:rsidRDefault="00000000" w:rsidP="002818BB">
            <w:pPr>
              <w:jc w:val="center"/>
            </w:pPr>
            <w:r>
              <w:t>☐</w:t>
            </w:r>
          </w:p>
        </w:tc>
        <w:tc>
          <w:tcPr>
            <w:tcW w:w="1536" w:type="dxa"/>
          </w:tcPr>
          <w:p w14:paraId="38C0A232" w14:textId="4CF334DE" w:rsidR="005631B9" w:rsidRDefault="002D53CE" w:rsidP="002818BB">
            <w:pPr>
              <w:jc w:val="center"/>
            </w:pPr>
            <w:hyperlink r:id="rId70" w:history="1">
              <w:r w:rsidRPr="002D53CE">
                <w:rPr>
                  <w:rStyle w:val="Hyperlink"/>
                </w:rPr>
                <w:t>Summertime Fun</w:t>
              </w:r>
            </w:hyperlink>
          </w:p>
          <w:p w14:paraId="5B97B8EB" w14:textId="511B1E99" w:rsidR="002818BB" w:rsidRDefault="002818BB" w:rsidP="002818B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871A389" wp14:editId="5FD9114F">
                  <wp:extent cx="688848" cy="914400"/>
                  <wp:effectExtent l="0" t="0" r="0" b="0"/>
                  <wp:docPr id="63615396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6153964" name="Picture 1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848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669E053B" w14:textId="7B10129E" w:rsidR="005631B9" w:rsidRDefault="000118D9" w:rsidP="002818BB">
            <w:pPr>
              <w:jc w:val="center"/>
            </w:pPr>
            <w:r>
              <w:t>Summer Fun</w:t>
            </w:r>
          </w:p>
        </w:tc>
        <w:tc>
          <w:tcPr>
            <w:tcW w:w="1656" w:type="dxa"/>
          </w:tcPr>
          <w:p w14:paraId="573B9DEC" w14:textId="4F5AFCD6" w:rsidR="005631B9" w:rsidRDefault="002D53CE" w:rsidP="002818B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0A280F2" wp14:editId="2539B0A3">
                  <wp:extent cx="914400" cy="914400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ummertime_Fun_Tiger.png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1" w:type="dxa"/>
          </w:tcPr>
          <w:p w14:paraId="25263962" w14:textId="77777777" w:rsidR="005631B9" w:rsidRDefault="005631B9" w:rsidP="002818BB">
            <w:pPr>
              <w:jc w:val="center"/>
            </w:pPr>
          </w:p>
        </w:tc>
        <w:tc>
          <w:tcPr>
            <w:tcW w:w="1681" w:type="dxa"/>
          </w:tcPr>
          <w:p w14:paraId="4674257D" w14:textId="77777777" w:rsidR="005631B9" w:rsidRDefault="005631B9" w:rsidP="002818BB">
            <w:pPr>
              <w:jc w:val="center"/>
            </w:pPr>
          </w:p>
        </w:tc>
        <w:tc>
          <w:tcPr>
            <w:tcW w:w="1345" w:type="dxa"/>
          </w:tcPr>
          <w:p w14:paraId="70CF11C9" w14:textId="77777777" w:rsidR="005631B9" w:rsidRDefault="005631B9" w:rsidP="002818BB">
            <w:pPr>
              <w:jc w:val="center"/>
            </w:pPr>
          </w:p>
        </w:tc>
      </w:tr>
      <w:tr w:rsidR="005631B9" w14:paraId="2C3C805F" w14:textId="77777777" w:rsidTr="000D0C10">
        <w:trPr>
          <w:jc w:val="center"/>
        </w:trPr>
        <w:tc>
          <w:tcPr>
            <w:tcW w:w="1518" w:type="dxa"/>
          </w:tcPr>
          <w:p w14:paraId="0019684A" w14:textId="77777777" w:rsidR="005631B9" w:rsidRDefault="00000000" w:rsidP="002818BB">
            <w:pPr>
              <w:jc w:val="center"/>
            </w:pPr>
            <w:r>
              <w:t>☐</w:t>
            </w:r>
          </w:p>
        </w:tc>
        <w:tc>
          <w:tcPr>
            <w:tcW w:w="1536" w:type="dxa"/>
          </w:tcPr>
          <w:p w14:paraId="0EC07A32" w14:textId="76EE684B" w:rsidR="005631B9" w:rsidRDefault="002D53CE" w:rsidP="002818BB">
            <w:pPr>
              <w:jc w:val="center"/>
            </w:pPr>
            <w:hyperlink r:id="rId73" w:history="1">
              <w:r w:rsidRPr="002D53CE">
                <w:rPr>
                  <w:rStyle w:val="Hyperlink"/>
                </w:rPr>
                <w:t>Tigers in the Water</w:t>
              </w:r>
            </w:hyperlink>
          </w:p>
          <w:p w14:paraId="69C29A13" w14:textId="27734221" w:rsidR="002818BB" w:rsidRDefault="002818BB" w:rsidP="002818B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BBCA41D" wp14:editId="512EB20B">
                  <wp:extent cx="688848" cy="914400"/>
                  <wp:effectExtent l="0" t="0" r="0" b="0"/>
                  <wp:docPr id="12482516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825168" name="Picture 1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848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3" w:type="dxa"/>
          </w:tcPr>
          <w:p w14:paraId="699DB7C6" w14:textId="09520D2F" w:rsidR="005631B9" w:rsidRDefault="000118D9" w:rsidP="002818BB">
            <w:pPr>
              <w:jc w:val="center"/>
            </w:pPr>
            <w:r>
              <w:t>Swimming</w:t>
            </w:r>
          </w:p>
        </w:tc>
        <w:tc>
          <w:tcPr>
            <w:tcW w:w="1656" w:type="dxa"/>
          </w:tcPr>
          <w:p w14:paraId="62A00B7B" w14:textId="69ABC2EA" w:rsidR="005631B9" w:rsidRDefault="002D53CE" w:rsidP="002818BB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D618164" wp14:editId="20ADD93C">
                  <wp:extent cx="914400" cy="914400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igers_in_the_Water.png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1" w:type="dxa"/>
          </w:tcPr>
          <w:p w14:paraId="30E564BF" w14:textId="77777777" w:rsidR="005631B9" w:rsidRDefault="005631B9" w:rsidP="002818BB">
            <w:pPr>
              <w:jc w:val="center"/>
            </w:pPr>
          </w:p>
        </w:tc>
        <w:tc>
          <w:tcPr>
            <w:tcW w:w="1681" w:type="dxa"/>
          </w:tcPr>
          <w:p w14:paraId="6B56BEEA" w14:textId="77777777" w:rsidR="005631B9" w:rsidRDefault="005631B9" w:rsidP="002818BB">
            <w:pPr>
              <w:jc w:val="center"/>
            </w:pPr>
          </w:p>
        </w:tc>
        <w:tc>
          <w:tcPr>
            <w:tcW w:w="1345" w:type="dxa"/>
          </w:tcPr>
          <w:p w14:paraId="79E6F471" w14:textId="77777777" w:rsidR="005631B9" w:rsidRDefault="005631B9" w:rsidP="002818BB">
            <w:pPr>
              <w:jc w:val="center"/>
            </w:pPr>
          </w:p>
        </w:tc>
      </w:tr>
    </w:tbl>
    <w:p w14:paraId="281596F4" w14:textId="77777777" w:rsidR="00B47A1C" w:rsidRDefault="00B47A1C"/>
    <w:sectPr w:rsidR="00B47A1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97568715">
    <w:abstractNumId w:val="8"/>
  </w:num>
  <w:num w:numId="2" w16cid:durableId="1351101077">
    <w:abstractNumId w:val="6"/>
  </w:num>
  <w:num w:numId="3" w16cid:durableId="1330795123">
    <w:abstractNumId w:val="5"/>
  </w:num>
  <w:num w:numId="4" w16cid:durableId="1496455261">
    <w:abstractNumId w:val="4"/>
  </w:num>
  <w:num w:numId="5" w16cid:durableId="1327591963">
    <w:abstractNumId w:val="7"/>
  </w:num>
  <w:num w:numId="6" w16cid:durableId="394280683">
    <w:abstractNumId w:val="3"/>
  </w:num>
  <w:num w:numId="7" w16cid:durableId="266928836">
    <w:abstractNumId w:val="2"/>
  </w:num>
  <w:num w:numId="8" w16cid:durableId="1762137068">
    <w:abstractNumId w:val="1"/>
  </w:num>
  <w:num w:numId="9" w16cid:durableId="2109886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18D9"/>
    <w:rsid w:val="00034616"/>
    <w:rsid w:val="0006063C"/>
    <w:rsid w:val="000D0C10"/>
    <w:rsid w:val="0015074B"/>
    <w:rsid w:val="002818BB"/>
    <w:rsid w:val="0029639D"/>
    <w:rsid w:val="002D53CE"/>
    <w:rsid w:val="00326F90"/>
    <w:rsid w:val="005631B9"/>
    <w:rsid w:val="007E291E"/>
    <w:rsid w:val="00901F4C"/>
    <w:rsid w:val="00AA1D8D"/>
    <w:rsid w:val="00B108ED"/>
    <w:rsid w:val="00B47730"/>
    <w:rsid w:val="00B47A1C"/>
    <w:rsid w:val="00CB0664"/>
    <w:rsid w:val="00F415C8"/>
    <w:rsid w:val="00FC693F"/>
    <w:rsid w:val="00FF4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6B8FF21"/>
  <w14:defaultImageDpi w14:val="300"/>
  <w15:docId w15:val="{CCA7D67A-64AA-4675-B09A-184708842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2818B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18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4.jpg"/><Relationship Id="rId21" Type="http://schemas.openxmlformats.org/officeDocument/2006/relationships/image" Target="media/image11.png"/><Relationship Id="rId42" Type="http://schemas.openxmlformats.org/officeDocument/2006/relationships/image" Target="media/image25.png"/><Relationship Id="rId47" Type="http://schemas.openxmlformats.org/officeDocument/2006/relationships/image" Target="media/image28.jpg"/><Relationship Id="rId63" Type="http://schemas.openxmlformats.org/officeDocument/2006/relationships/image" Target="media/image39.png"/><Relationship Id="rId68" Type="http://schemas.openxmlformats.org/officeDocument/2006/relationships/image" Target="media/image42.jpg"/><Relationship Id="rId16" Type="http://schemas.openxmlformats.org/officeDocument/2006/relationships/hyperlink" Target="https://www.scouting.org/cub-scout-adventures/team-tiger/" TargetMode="External"/><Relationship Id="rId11" Type="http://schemas.openxmlformats.org/officeDocument/2006/relationships/image" Target="media/image4.jpg"/><Relationship Id="rId24" Type="http://schemas.openxmlformats.org/officeDocument/2006/relationships/image" Target="media/image13.png"/><Relationship Id="rId32" Type="http://schemas.openxmlformats.org/officeDocument/2006/relationships/image" Target="media/image18.jpg"/><Relationship Id="rId37" Type="http://schemas.openxmlformats.org/officeDocument/2006/relationships/hyperlink" Target="https://www.scouting.org/cub-scout-adventures/floats-and-boats/" TargetMode="External"/><Relationship Id="rId40" Type="http://schemas.openxmlformats.org/officeDocument/2006/relationships/hyperlink" Target="https://www.scouting.org/cub-scout-adventures/good-knights/" TargetMode="External"/><Relationship Id="rId45" Type="http://schemas.openxmlformats.org/officeDocument/2006/relationships/image" Target="media/image27.png"/><Relationship Id="rId53" Type="http://schemas.openxmlformats.org/officeDocument/2006/relationships/image" Target="media/image32.jpg"/><Relationship Id="rId58" Type="http://schemas.openxmlformats.org/officeDocument/2006/relationships/hyperlink" Target="https://www.scouting.org/cub-scout-adventures/stories-in-shapes/" TargetMode="External"/><Relationship Id="rId66" Type="http://schemas.openxmlformats.org/officeDocument/2006/relationships/image" Target="media/image41.png"/><Relationship Id="rId74" Type="http://schemas.openxmlformats.org/officeDocument/2006/relationships/image" Target="media/image46.jpg"/><Relationship Id="rId79" Type="http://schemas.openxmlformats.org/officeDocument/2006/relationships/customXml" Target="../customXml/item3.xml"/><Relationship Id="rId5" Type="http://schemas.openxmlformats.org/officeDocument/2006/relationships/webSettings" Target="webSettings.xml"/><Relationship Id="rId61" Type="http://schemas.openxmlformats.org/officeDocument/2006/relationships/hyperlink" Target="https://www.scouting.org/cub-scout-adventures/tech-all-around/" TargetMode="External"/><Relationship Id="rId19" Type="http://schemas.openxmlformats.org/officeDocument/2006/relationships/hyperlink" Target="https://www.scouting.org/cub-scout-adventures/tigers-roar/" TargetMode="External"/><Relationship Id="rId14" Type="http://schemas.openxmlformats.org/officeDocument/2006/relationships/image" Target="media/image6.jpg"/><Relationship Id="rId22" Type="http://schemas.openxmlformats.org/officeDocument/2006/relationships/hyperlink" Target="https://www.scouting.org/cub-scout-adventures/tiger-circles/" TargetMode="External"/><Relationship Id="rId27" Type="http://schemas.openxmlformats.org/officeDocument/2006/relationships/image" Target="media/image15.png"/><Relationship Id="rId30" Type="http://schemas.openxmlformats.org/officeDocument/2006/relationships/image" Target="media/image17.png"/><Relationship Id="rId35" Type="http://schemas.openxmlformats.org/officeDocument/2006/relationships/image" Target="media/image20.jpg"/><Relationship Id="rId43" Type="http://schemas.openxmlformats.org/officeDocument/2006/relationships/hyperlink" Target="https://www.scouting.org/cub-scout-adventures/lets-camp-tiger/" TargetMode="External"/><Relationship Id="rId48" Type="http://schemas.openxmlformats.org/officeDocument/2006/relationships/image" Target="media/image29.png"/><Relationship Id="rId56" Type="http://schemas.openxmlformats.org/officeDocument/2006/relationships/image" Target="media/image34.jpg"/><Relationship Id="rId64" Type="http://schemas.openxmlformats.org/officeDocument/2006/relationships/hyperlink" Target="https://www.scouting.org/cub-scout-adventures/tiger-tag/" TargetMode="External"/><Relationship Id="rId69" Type="http://schemas.openxmlformats.org/officeDocument/2006/relationships/image" Target="media/image43.png"/><Relationship Id="rId77" Type="http://schemas.openxmlformats.org/officeDocument/2006/relationships/theme" Target="theme/theme1.xml"/><Relationship Id="rId8" Type="http://schemas.openxmlformats.org/officeDocument/2006/relationships/image" Target="media/image2.jpg"/><Relationship Id="rId51" Type="http://schemas.openxmlformats.org/officeDocument/2006/relationships/image" Target="media/image31.png"/><Relationship Id="rId72" Type="http://schemas.openxmlformats.org/officeDocument/2006/relationships/image" Target="media/image45.png"/><Relationship Id="rId80" Type="http://schemas.openxmlformats.org/officeDocument/2006/relationships/customXml" Target="../customXml/item4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8.jpg"/><Relationship Id="rId25" Type="http://schemas.openxmlformats.org/officeDocument/2006/relationships/hyperlink" Target="https://www.scouting.org/cub-scout-adventures/champions-for-nature-tiger/" TargetMode="External"/><Relationship Id="rId33" Type="http://schemas.openxmlformats.org/officeDocument/2006/relationships/image" Target="media/image19.png"/><Relationship Id="rId38" Type="http://schemas.openxmlformats.org/officeDocument/2006/relationships/image" Target="media/image22.jpg"/><Relationship Id="rId46" Type="http://schemas.openxmlformats.org/officeDocument/2006/relationships/hyperlink" Target="https://www.scouting.org/cub-scout-adventures/race-time-tiger/" TargetMode="External"/><Relationship Id="rId59" Type="http://schemas.openxmlformats.org/officeDocument/2006/relationships/image" Target="media/image36.jpg"/><Relationship Id="rId67" Type="http://schemas.openxmlformats.org/officeDocument/2006/relationships/hyperlink" Target="https://www.scouting.org/cub-scout-adventures/tiger-iffic/" TargetMode="External"/><Relationship Id="rId20" Type="http://schemas.openxmlformats.org/officeDocument/2006/relationships/image" Target="media/image10.jpg"/><Relationship Id="rId41" Type="http://schemas.openxmlformats.org/officeDocument/2006/relationships/image" Target="media/image24.jpg"/><Relationship Id="rId54" Type="http://schemas.openxmlformats.org/officeDocument/2006/relationships/image" Target="media/image33.png"/><Relationship Id="rId62" Type="http://schemas.openxmlformats.org/officeDocument/2006/relationships/image" Target="media/image38.jpg"/><Relationship Id="rId70" Type="http://schemas.openxmlformats.org/officeDocument/2006/relationships/hyperlink" Target="https://www.scouting.org/cub-scout-adventures/summertime-fun-tiger/" TargetMode="External"/><Relationship Id="rId75" Type="http://schemas.openxmlformats.org/officeDocument/2006/relationships/image" Target="media/image47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image" Target="media/image7.png"/><Relationship Id="rId23" Type="http://schemas.openxmlformats.org/officeDocument/2006/relationships/image" Target="media/image12.jpg"/><Relationship Id="rId28" Type="http://schemas.openxmlformats.org/officeDocument/2006/relationships/hyperlink" Target="https://www.scouting.org/cub-scout-adventures/curiosity-intrigue-and-magical-mysteries/" TargetMode="External"/><Relationship Id="rId36" Type="http://schemas.openxmlformats.org/officeDocument/2006/relationships/image" Target="media/image21.png"/><Relationship Id="rId49" Type="http://schemas.openxmlformats.org/officeDocument/2006/relationships/hyperlink" Target="https://www.scouting.org/cub-scout-adventures/rolling-tigers/" TargetMode="External"/><Relationship Id="rId57" Type="http://schemas.openxmlformats.org/officeDocument/2006/relationships/image" Target="media/image35.png"/><Relationship Id="rId10" Type="http://schemas.openxmlformats.org/officeDocument/2006/relationships/hyperlink" Target="https://www.scouting.org/cub-scout-adventures/tigers-in-the-wild/" TargetMode="External"/><Relationship Id="rId31" Type="http://schemas.openxmlformats.org/officeDocument/2006/relationships/hyperlink" Target="https://www.scouting.org/cub-scout-adventures/designed-by-tiger/" TargetMode="External"/><Relationship Id="rId44" Type="http://schemas.openxmlformats.org/officeDocument/2006/relationships/image" Target="media/image26.jpg"/><Relationship Id="rId52" Type="http://schemas.openxmlformats.org/officeDocument/2006/relationships/hyperlink" Target="https://www.scouting.org/cub-scout-adventures/safe-and-smart/" TargetMode="External"/><Relationship Id="rId60" Type="http://schemas.openxmlformats.org/officeDocument/2006/relationships/image" Target="media/image37.png"/><Relationship Id="rId65" Type="http://schemas.openxmlformats.org/officeDocument/2006/relationships/image" Target="media/image40.jpg"/><Relationship Id="rId73" Type="http://schemas.openxmlformats.org/officeDocument/2006/relationships/hyperlink" Target="https://www.scouting.org/cub-scout-adventures/tigers-in-the-water/" TargetMode="External"/><Relationship Id="rId78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hyperlink" Target="https://www.scouting.org/cub-scout-adventures/tiger-bites/" TargetMode="External"/><Relationship Id="rId18" Type="http://schemas.openxmlformats.org/officeDocument/2006/relationships/image" Target="media/image9.png"/><Relationship Id="rId39" Type="http://schemas.openxmlformats.org/officeDocument/2006/relationships/image" Target="media/image23.png"/><Relationship Id="rId34" Type="http://schemas.openxmlformats.org/officeDocument/2006/relationships/hyperlink" Target="https://www.scouting.org/cub-scout-adventures/fish-on/" TargetMode="External"/><Relationship Id="rId50" Type="http://schemas.openxmlformats.org/officeDocument/2006/relationships/image" Target="media/image30.jpg"/><Relationship Id="rId55" Type="http://schemas.openxmlformats.org/officeDocument/2006/relationships/hyperlink" Target="https://www.scouting.org/cub-scout-adventures/sky-is-the-limit/" TargetMode="External"/><Relationship Id="rId76" Type="http://schemas.openxmlformats.org/officeDocument/2006/relationships/fontTable" Target="fontTable.xml"/><Relationship Id="rId7" Type="http://schemas.openxmlformats.org/officeDocument/2006/relationships/hyperlink" Target="https://www.scouting.org/cub-scout-adventures/bobcat-tiger/" TargetMode="External"/><Relationship Id="rId71" Type="http://schemas.openxmlformats.org/officeDocument/2006/relationships/image" Target="media/image44.jpg"/><Relationship Id="rId2" Type="http://schemas.openxmlformats.org/officeDocument/2006/relationships/numbering" Target="numbering.xml"/><Relationship Id="rId29" Type="http://schemas.openxmlformats.org/officeDocument/2006/relationships/image" Target="media/image1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C1F113EA4E67438692FB81A3AE9CF6" ma:contentTypeVersion="18" ma:contentTypeDescription="Create a new document." ma:contentTypeScope="" ma:versionID="c0b1719c7ed977f4e4bc91a94d71d853">
  <xsd:schema xmlns:xsd="http://www.w3.org/2001/XMLSchema" xmlns:xs="http://www.w3.org/2001/XMLSchema" xmlns:p="http://schemas.microsoft.com/office/2006/metadata/properties" xmlns:ns2="911a49ca-6d21-4797-91b3-6e1dbd71a96c" xmlns:ns3="13430d64-c460-483e-9ebb-4c56e90d3c06" targetNamespace="http://schemas.microsoft.com/office/2006/metadata/properties" ma:root="true" ma:fieldsID="ba4a05ae4429b03679286755d38a499a" ns2:_="" ns3:_="">
    <xsd:import namespace="911a49ca-6d21-4797-91b3-6e1dbd71a96c"/>
    <xsd:import namespace="13430d64-c460-483e-9ebb-4c56e90d3c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  <xsd:element ref="ns2:Are_x0020_you_x0020_a_x0020_manager_x003f_"/>
                <xsd:element ref="ns2:Enter_x0020_your_x0020_manager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1a49ca-6d21-4797-91b3-6e1dbd71a9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879308d4-bde5-4dca-adcb-0162404f86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Are_x0020_you_x0020_a_x0020_manager_x003f_" ma:index="23" ma:displayName="Are you a manager?" ma:internalName="Are_x0020_you_x0020_a_x0020_manager_x003f_">
      <xsd:simpleType>
        <xsd:restriction base="dms:Choice">
          <xsd:enumeration value="Yes"/>
          <xsd:enumeration value="No"/>
        </xsd:restriction>
      </xsd:simpleType>
    </xsd:element>
    <xsd:element name="Enter_x0020_your_x0020_manager" ma:index="24" ma:displayName="Enter your manager" ma:internalName="Enter_x0020_your_x0020_manag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430d64-c460-483e-9ebb-4c56e90d3c0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6ee6643-a4e0-4976-85cf-f76d7c6b7476}" ma:internalName="TaxCatchAll" ma:showField="CatchAllData" ma:web="13430d64-c460-483e-9ebb-4c56e90d3c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1a49ca-6d21-4797-91b3-6e1dbd71a96c">
      <Terms xmlns="http://schemas.microsoft.com/office/infopath/2007/PartnerControls"/>
    </lcf76f155ced4ddcb4097134ff3c332f>
    <TaxCatchAll xmlns="13430d64-c460-483e-9ebb-4c56e90d3c06" xsi:nil="true"/>
    <Are_x0020_you_x0020_a_x0020_manager_x003f_ xmlns="911a49ca-6d21-4797-91b3-6e1dbd71a96c"/>
    <Enter_x0020_your_x0020_manager xmlns="911a49ca-6d21-4797-91b3-6e1dbd71a96c">
      <UserInfo>
        <DisplayName/>
        <AccountId/>
        <AccountType/>
      </UserInfo>
    </Enter_x0020_your_x0020_manager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A6C84E0-E0DF-418B-83F9-B7C45BEB791F}"/>
</file>

<file path=customXml/itemProps3.xml><?xml version="1.0" encoding="utf-8"?>
<ds:datastoreItem xmlns:ds="http://schemas.openxmlformats.org/officeDocument/2006/customXml" ds:itemID="{DD883A5F-8572-44F4-B8CC-DE0A9969954A}"/>
</file>

<file path=customXml/itemProps4.xml><?xml version="1.0" encoding="utf-8"?>
<ds:datastoreItem xmlns:ds="http://schemas.openxmlformats.org/officeDocument/2006/customXml" ds:itemID="{9EF0A329-1050-4DB9-B386-280A5CA57E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Tamara Christensen</cp:lastModifiedBy>
  <cp:revision>3</cp:revision>
  <dcterms:created xsi:type="dcterms:W3CDTF">2026-08-26T22:08:00Z</dcterms:created>
  <dcterms:modified xsi:type="dcterms:W3CDTF">2026-08-26T22:14:00Z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11794000-1bcb-4c55-8f1d-7a63ce773c4c</vt:lpwstr>
  </property>
  <property fmtid="{D5CDD505-2E9C-101B-9397-08002B2CF9AE}" pid="3" name="ContentTypeId">
    <vt:lpwstr>0x010100BBC1F113EA4E67438692FB81A3AE9CF6</vt:lpwstr>
  </property>
</Properties>
</file>