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A80BE0" w14:textId="0BD80E24" w:rsidR="006A1E1A" w:rsidRDefault="006A1E1A" w:rsidP="006A1E1A">
      <w:pPr>
        <w:pStyle w:val="Heading1"/>
        <w:spacing w:before="0"/>
        <w:jc w:val="center"/>
      </w:pPr>
      <w:r>
        <w:rPr>
          <w:noProof/>
        </w:rPr>
        <w:drawing>
          <wp:inline distT="0" distB="0" distL="0" distR="0" wp14:anchorId="7AA33059" wp14:editId="19B838DC">
            <wp:extent cx="973403" cy="933450"/>
            <wp:effectExtent l="0" t="0" r="0" b="0"/>
            <wp:docPr id="153179705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1797052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77950" cy="937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95EDE3" w14:textId="74B6AA16" w:rsidR="00520930" w:rsidRDefault="00000000" w:rsidP="006A1E1A">
      <w:pPr>
        <w:pStyle w:val="Heading1"/>
        <w:spacing w:before="0"/>
        <w:jc w:val="center"/>
      </w:pPr>
      <w:r>
        <w:t>Webelos Den Adventure Host Sign-Up</w:t>
      </w:r>
    </w:p>
    <w:p w14:paraId="4CD3DC1B" w14:textId="77777777" w:rsidR="00520930" w:rsidRDefault="00000000" w:rsidP="006A1E1A">
      <w:pPr>
        <w:spacing w:after="0"/>
        <w:jc w:val="center"/>
      </w:pPr>
      <w:r>
        <w:rPr>
          <w:b/>
        </w:rPr>
        <w:t>Every Family Helps Build the Adventure!</w:t>
      </w:r>
      <w:r>
        <w:rPr>
          <w:b/>
        </w:rPr>
        <w:br/>
      </w:r>
      <w:r>
        <w:t>Become an Adventure Host! No experience is needed—we'll provide the meeting plans, activity ideas, and support. Choose an adventure your family would enjoy hosting for the den.</w:t>
      </w:r>
    </w:p>
    <w:p w14:paraId="76AFCBF4" w14:textId="77777777" w:rsidR="00520930" w:rsidRDefault="00000000">
      <w:pPr>
        <w:pStyle w:val="Heading2"/>
      </w:pPr>
      <w:r>
        <w:t>🟨 Required Adventures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512"/>
        <w:gridCol w:w="1532"/>
        <w:gridCol w:w="1530"/>
        <w:gridCol w:w="1656"/>
        <w:gridCol w:w="1519"/>
        <w:gridCol w:w="1531"/>
        <w:gridCol w:w="1510"/>
      </w:tblGrid>
      <w:tr w:rsidR="00520930" w:rsidRPr="0036584C" w14:paraId="2B87749B" w14:textId="77777777">
        <w:trPr>
          <w:jc w:val="center"/>
        </w:trPr>
        <w:tc>
          <w:tcPr>
            <w:tcW w:w="1543" w:type="dxa"/>
          </w:tcPr>
          <w:p w14:paraId="51303FCF" w14:textId="77777777" w:rsidR="00520930" w:rsidRPr="0036584C" w:rsidRDefault="00000000" w:rsidP="0036584C">
            <w:pPr>
              <w:jc w:val="center"/>
              <w:rPr>
                <w:b/>
                <w:bCs/>
              </w:rPr>
            </w:pPr>
            <w:r w:rsidRPr="0036584C">
              <w:rPr>
                <w:b/>
                <w:bCs/>
              </w:rPr>
              <w:t>⭐ Pack Event?</w:t>
            </w:r>
          </w:p>
        </w:tc>
        <w:tc>
          <w:tcPr>
            <w:tcW w:w="1543" w:type="dxa"/>
          </w:tcPr>
          <w:p w14:paraId="430CBEE4" w14:textId="77777777" w:rsidR="00520930" w:rsidRPr="0036584C" w:rsidRDefault="00000000" w:rsidP="0036584C">
            <w:pPr>
              <w:jc w:val="center"/>
              <w:rPr>
                <w:b/>
                <w:bCs/>
              </w:rPr>
            </w:pPr>
            <w:r w:rsidRPr="0036584C">
              <w:rPr>
                <w:b/>
                <w:bCs/>
              </w:rPr>
              <w:t>Adventure</w:t>
            </w:r>
          </w:p>
        </w:tc>
        <w:tc>
          <w:tcPr>
            <w:tcW w:w="1543" w:type="dxa"/>
          </w:tcPr>
          <w:p w14:paraId="5B0410BC" w14:textId="77777777" w:rsidR="00520930" w:rsidRPr="0036584C" w:rsidRDefault="00000000" w:rsidP="0036584C">
            <w:pPr>
              <w:jc w:val="center"/>
              <w:rPr>
                <w:b/>
                <w:bCs/>
              </w:rPr>
            </w:pPr>
            <w:r w:rsidRPr="0036584C">
              <w:rPr>
                <w:b/>
                <w:bCs/>
              </w:rPr>
              <w:t>Theme</w:t>
            </w:r>
          </w:p>
        </w:tc>
        <w:tc>
          <w:tcPr>
            <w:tcW w:w="1543" w:type="dxa"/>
          </w:tcPr>
          <w:p w14:paraId="4602E951" w14:textId="77777777" w:rsidR="00520930" w:rsidRPr="0036584C" w:rsidRDefault="00000000" w:rsidP="0036584C">
            <w:pPr>
              <w:jc w:val="center"/>
              <w:rPr>
                <w:b/>
                <w:bCs/>
              </w:rPr>
            </w:pPr>
            <w:r w:rsidRPr="0036584C">
              <w:rPr>
                <w:b/>
                <w:bCs/>
              </w:rPr>
              <w:t>📱 Adventure Guide</w:t>
            </w:r>
            <w:r w:rsidRPr="0036584C">
              <w:rPr>
                <w:b/>
                <w:bCs/>
              </w:rPr>
              <w:br/>
              <w:t>(QR)</w:t>
            </w:r>
          </w:p>
        </w:tc>
        <w:tc>
          <w:tcPr>
            <w:tcW w:w="1543" w:type="dxa"/>
          </w:tcPr>
          <w:p w14:paraId="78BDAD47" w14:textId="77777777" w:rsidR="00520930" w:rsidRPr="0036584C" w:rsidRDefault="00000000" w:rsidP="0036584C">
            <w:pPr>
              <w:jc w:val="center"/>
              <w:rPr>
                <w:b/>
                <w:bCs/>
              </w:rPr>
            </w:pPr>
            <w:r w:rsidRPr="0036584C">
              <w:rPr>
                <w:b/>
                <w:bCs/>
              </w:rPr>
              <w:t>📅 Meeting Date</w:t>
            </w:r>
          </w:p>
        </w:tc>
        <w:tc>
          <w:tcPr>
            <w:tcW w:w="1543" w:type="dxa"/>
          </w:tcPr>
          <w:p w14:paraId="1FAD695E" w14:textId="77777777" w:rsidR="00520930" w:rsidRPr="0036584C" w:rsidRDefault="00000000" w:rsidP="0036584C">
            <w:pPr>
              <w:jc w:val="center"/>
              <w:rPr>
                <w:b/>
                <w:bCs/>
              </w:rPr>
            </w:pPr>
            <w:r w:rsidRPr="0036584C">
              <w:rPr>
                <w:b/>
                <w:bCs/>
              </w:rPr>
              <w:t>🧭 Adventure Host</w:t>
            </w:r>
          </w:p>
        </w:tc>
        <w:tc>
          <w:tcPr>
            <w:tcW w:w="1543" w:type="dxa"/>
          </w:tcPr>
          <w:p w14:paraId="5AAFF644" w14:textId="77777777" w:rsidR="00520930" w:rsidRPr="0036584C" w:rsidRDefault="00000000" w:rsidP="0036584C">
            <w:pPr>
              <w:jc w:val="center"/>
              <w:rPr>
                <w:b/>
                <w:bCs/>
              </w:rPr>
            </w:pPr>
            <w:r w:rsidRPr="0036584C">
              <w:rPr>
                <w:b/>
                <w:bCs/>
              </w:rPr>
              <w:t>📞 Phone</w:t>
            </w:r>
          </w:p>
        </w:tc>
      </w:tr>
      <w:tr w:rsidR="00520930" w14:paraId="0E2E111D" w14:textId="77777777">
        <w:trPr>
          <w:jc w:val="center"/>
        </w:trPr>
        <w:tc>
          <w:tcPr>
            <w:tcW w:w="1543" w:type="dxa"/>
          </w:tcPr>
          <w:p w14:paraId="0691395A" w14:textId="77777777" w:rsidR="00520930" w:rsidRDefault="00000000" w:rsidP="0036584C">
            <w:pPr>
              <w:jc w:val="center"/>
            </w:pPr>
            <w:r>
              <w:t>☐</w:t>
            </w:r>
          </w:p>
        </w:tc>
        <w:tc>
          <w:tcPr>
            <w:tcW w:w="1543" w:type="dxa"/>
          </w:tcPr>
          <w:p w14:paraId="33100B2A" w14:textId="77777777" w:rsidR="00520930" w:rsidRDefault="004D03AD" w:rsidP="0036584C">
            <w:pPr>
              <w:jc w:val="center"/>
            </w:pPr>
            <w:hyperlink r:id="rId7" w:history="1">
              <w:r w:rsidRPr="004D03AD">
                <w:rPr>
                  <w:rStyle w:val="Hyperlink"/>
                </w:rPr>
                <w:t>Bobcat</w:t>
              </w:r>
            </w:hyperlink>
          </w:p>
          <w:p w14:paraId="0C51D969" w14:textId="6B85B869" w:rsidR="00873B0D" w:rsidRDefault="00873B0D" w:rsidP="0036584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4007A20" wp14:editId="328D4E1C">
                  <wp:extent cx="614363" cy="819150"/>
                  <wp:effectExtent l="0" t="0" r="0" b="0"/>
                  <wp:docPr id="55584672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5846724" name="Picture 55584672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4999" cy="8199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</w:tcPr>
          <w:p w14:paraId="3B0E4EF6" w14:textId="77777777" w:rsidR="00520930" w:rsidRDefault="00000000" w:rsidP="0036584C">
            <w:pPr>
              <w:jc w:val="center"/>
            </w:pPr>
            <w:r>
              <w:t>Character &amp; Leadership</w:t>
            </w:r>
          </w:p>
        </w:tc>
        <w:tc>
          <w:tcPr>
            <w:tcW w:w="1543" w:type="dxa"/>
          </w:tcPr>
          <w:p w14:paraId="2EF80797" w14:textId="3F957438" w:rsidR="00520930" w:rsidRDefault="004D03AD" w:rsidP="0036584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15F6F2B" wp14:editId="7538C8A4">
                  <wp:extent cx="914400" cy="9144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</w:tcPr>
          <w:p w14:paraId="7C47E59F" w14:textId="77777777" w:rsidR="00520930" w:rsidRDefault="00520930" w:rsidP="0036584C">
            <w:pPr>
              <w:jc w:val="center"/>
            </w:pPr>
          </w:p>
        </w:tc>
        <w:tc>
          <w:tcPr>
            <w:tcW w:w="1543" w:type="dxa"/>
          </w:tcPr>
          <w:p w14:paraId="6D4106AF" w14:textId="77777777" w:rsidR="00520930" w:rsidRDefault="00520930" w:rsidP="0036584C">
            <w:pPr>
              <w:jc w:val="center"/>
            </w:pPr>
          </w:p>
        </w:tc>
        <w:tc>
          <w:tcPr>
            <w:tcW w:w="1543" w:type="dxa"/>
          </w:tcPr>
          <w:p w14:paraId="72AA6693" w14:textId="77777777" w:rsidR="00520930" w:rsidRDefault="00520930" w:rsidP="0036584C">
            <w:pPr>
              <w:jc w:val="center"/>
            </w:pPr>
          </w:p>
        </w:tc>
      </w:tr>
      <w:tr w:rsidR="00520930" w14:paraId="1873B3B4" w14:textId="77777777">
        <w:trPr>
          <w:jc w:val="center"/>
        </w:trPr>
        <w:tc>
          <w:tcPr>
            <w:tcW w:w="1543" w:type="dxa"/>
          </w:tcPr>
          <w:p w14:paraId="185334D1" w14:textId="77777777" w:rsidR="00520930" w:rsidRDefault="00000000" w:rsidP="0036584C">
            <w:pPr>
              <w:jc w:val="center"/>
            </w:pPr>
            <w:r>
              <w:t>☐</w:t>
            </w:r>
          </w:p>
        </w:tc>
        <w:tc>
          <w:tcPr>
            <w:tcW w:w="1543" w:type="dxa"/>
          </w:tcPr>
          <w:p w14:paraId="2383176A" w14:textId="77777777" w:rsidR="00520930" w:rsidRDefault="004D03AD" w:rsidP="0036584C">
            <w:pPr>
              <w:jc w:val="center"/>
            </w:pPr>
            <w:hyperlink r:id="rId10" w:history="1">
              <w:r w:rsidRPr="004D03AD">
                <w:rPr>
                  <w:rStyle w:val="Hyperlink"/>
                </w:rPr>
                <w:t>M</w:t>
              </w:r>
              <w:hyperlink r:id="rId11" w:history="1">
                <w:r w:rsidRPr="004D03AD">
                  <w:rPr>
                    <w:rStyle w:val="Hyperlink"/>
                  </w:rPr>
                  <w:t>y Safety</w:t>
                </w:r>
              </w:hyperlink>
            </w:hyperlink>
          </w:p>
          <w:p w14:paraId="4B1E0101" w14:textId="08AE61CA" w:rsidR="00873B0D" w:rsidRDefault="00873B0D" w:rsidP="0036584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4EA24C7" wp14:editId="3B05088F">
                  <wp:extent cx="538163" cy="717550"/>
                  <wp:effectExtent l="0" t="0" r="0" b="6350"/>
                  <wp:docPr id="2127242664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7242664" name="Picture 2127242664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376" cy="7205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</w:tcPr>
          <w:p w14:paraId="59195D5A" w14:textId="1B708121" w:rsidR="00520930" w:rsidRDefault="004D03AD" w:rsidP="0036584C">
            <w:pPr>
              <w:jc w:val="center"/>
            </w:pPr>
            <w:r>
              <w:t>Personal Safety</w:t>
            </w:r>
          </w:p>
        </w:tc>
        <w:tc>
          <w:tcPr>
            <w:tcW w:w="1543" w:type="dxa"/>
          </w:tcPr>
          <w:p w14:paraId="3D1F254E" w14:textId="5B255395" w:rsidR="00520930" w:rsidRDefault="004D03AD" w:rsidP="0036584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20451BF" wp14:editId="3AC0E554">
                  <wp:extent cx="914400" cy="914400"/>
                  <wp:effectExtent l="0" t="0" r="0" b="0"/>
                  <wp:docPr id="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</w:tcPr>
          <w:p w14:paraId="6EE6F27B" w14:textId="77777777" w:rsidR="00520930" w:rsidRDefault="00520930" w:rsidP="0036584C">
            <w:pPr>
              <w:jc w:val="center"/>
            </w:pPr>
          </w:p>
        </w:tc>
        <w:tc>
          <w:tcPr>
            <w:tcW w:w="1543" w:type="dxa"/>
          </w:tcPr>
          <w:p w14:paraId="2CF14E06" w14:textId="77777777" w:rsidR="00520930" w:rsidRDefault="00520930" w:rsidP="0036584C">
            <w:pPr>
              <w:jc w:val="center"/>
            </w:pPr>
          </w:p>
        </w:tc>
        <w:tc>
          <w:tcPr>
            <w:tcW w:w="1543" w:type="dxa"/>
          </w:tcPr>
          <w:p w14:paraId="404B010A" w14:textId="77777777" w:rsidR="00520930" w:rsidRDefault="00520930" w:rsidP="0036584C">
            <w:pPr>
              <w:jc w:val="center"/>
            </w:pPr>
          </w:p>
        </w:tc>
      </w:tr>
      <w:tr w:rsidR="00520930" w14:paraId="026A6802" w14:textId="77777777">
        <w:trPr>
          <w:jc w:val="center"/>
        </w:trPr>
        <w:tc>
          <w:tcPr>
            <w:tcW w:w="1543" w:type="dxa"/>
          </w:tcPr>
          <w:p w14:paraId="29C1B66A" w14:textId="77777777" w:rsidR="00520930" w:rsidRDefault="00000000" w:rsidP="0036584C">
            <w:pPr>
              <w:jc w:val="center"/>
            </w:pPr>
            <w:r>
              <w:t>☐</w:t>
            </w:r>
          </w:p>
        </w:tc>
        <w:tc>
          <w:tcPr>
            <w:tcW w:w="1543" w:type="dxa"/>
          </w:tcPr>
          <w:p w14:paraId="2E8F58A3" w14:textId="77777777" w:rsidR="00520930" w:rsidRDefault="004D03AD" w:rsidP="0036584C">
            <w:pPr>
              <w:jc w:val="center"/>
            </w:pPr>
            <w:hyperlink r:id="rId14" w:history="1">
              <w:r w:rsidRPr="004D03AD">
                <w:rPr>
                  <w:rStyle w:val="Hyperlink"/>
                </w:rPr>
                <w:t>My Family</w:t>
              </w:r>
            </w:hyperlink>
          </w:p>
          <w:p w14:paraId="077FD8ED" w14:textId="4C4824C1" w:rsidR="00873B0D" w:rsidRDefault="00873B0D" w:rsidP="0036584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6B6DB28" wp14:editId="153F72E8">
                  <wp:extent cx="673100" cy="897467"/>
                  <wp:effectExtent l="0" t="0" r="0" b="0"/>
                  <wp:docPr id="1994659689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4659689" name="Picture 2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3949" cy="8985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</w:tcPr>
          <w:p w14:paraId="4EB1BC76" w14:textId="2F0993A7" w:rsidR="00520930" w:rsidRDefault="00873B0D" w:rsidP="0036584C">
            <w:pPr>
              <w:jc w:val="center"/>
            </w:pPr>
            <w:r>
              <w:t>Family &amp; Reverence</w:t>
            </w:r>
          </w:p>
        </w:tc>
        <w:tc>
          <w:tcPr>
            <w:tcW w:w="1543" w:type="dxa"/>
          </w:tcPr>
          <w:p w14:paraId="1397D5D5" w14:textId="57F86A80" w:rsidR="00520930" w:rsidRDefault="00873B0D" w:rsidP="0036584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01AA443" wp14:editId="491C9088">
                  <wp:extent cx="914400" cy="914400"/>
                  <wp:effectExtent l="0" t="0" r="0" b="0"/>
                  <wp:docPr id="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</w:tcPr>
          <w:p w14:paraId="42F3137C" w14:textId="77777777" w:rsidR="00520930" w:rsidRDefault="00520930" w:rsidP="0036584C">
            <w:pPr>
              <w:jc w:val="center"/>
            </w:pPr>
          </w:p>
        </w:tc>
        <w:tc>
          <w:tcPr>
            <w:tcW w:w="1543" w:type="dxa"/>
          </w:tcPr>
          <w:p w14:paraId="023F645A" w14:textId="77777777" w:rsidR="00520930" w:rsidRDefault="00520930" w:rsidP="0036584C">
            <w:pPr>
              <w:jc w:val="center"/>
            </w:pPr>
          </w:p>
        </w:tc>
        <w:tc>
          <w:tcPr>
            <w:tcW w:w="1543" w:type="dxa"/>
          </w:tcPr>
          <w:p w14:paraId="54F97E2D" w14:textId="77777777" w:rsidR="00520930" w:rsidRDefault="00520930" w:rsidP="0036584C">
            <w:pPr>
              <w:jc w:val="center"/>
            </w:pPr>
          </w:p>
        </w:tc>
      </w:tr>
      <w:tr w:rsidR="00520930" w14:paraId="0F10B3CD" w14:textId="77777777">
        <w:trPr>
          <w:jc w:val="center"/>
        </w:trPr>
        <w:tc>
          <w:tcPr>
            <w:tcW w:w="1543" w:type="dxa"/>
          </w:tcPr>
          <w:p w14:paraId="4724CF2C" w14:textId="77777777" w:rsidR="00520930" w:rsidRDefault="00000000" w:rsidP="0036584C">
            <w:pPr>
              <w:jc w:val="center"/>
            </w:pPr>
            <w:r>
              <w:t>☐</w:t>
            </w:r>
          </w:p>
        </w:tc>
        <w:tc>
          <w:tcPr>
            <w:tcW w:w="1543" w:type="dxa"/>
          </w:tcPr>
          <w:p w14:paraId="547DC882" w14:textId="77777777" w:rsidR="00520930" w:rsidRDefault="00873B0D" w:rsidP="0036584C">
            <w:pPr>
              <w:jc w:val="center"/>
            </w:pPr>
            <w:hyperlink r:id="rId17" w:history="1">
              <w:r w:rsidRPr="00873B0D">
                <w:rPr>
                  <w:rStyle w:val="Hyperlink"/>
                </w:rPr>
                <w:t>Stronger, Faster, Higher</w:t>
              </w:r>
            </w:hyperlink>
          </w:p>
          <w:p w14:paraId="6A2C9889" w14:textId="629AE846" w:rsidR="00873B0D" w:rsidRDefault="00873B0D" w:rsidP="0036584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BCDC149" wp14:editId="01EB0007">
                  <wp:extent cx="604838" cy="806450"/>
                  <wp:effectExtent l="0" t="0" r="5080" b="0"/>
                  <wp:docPr id="1308185387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8185387" name="Picture 2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6066" cy="8080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</w:tcPr>
          <w:p w14:paraId="4BE4B089" w14:textId="4890437C" w:rsidR="00520930" w:rsidRDefault="00000000" w:rsidP="0036584C">
            <w:pPr>
              <w:jc w:val="center"/>
            </w:pPr>
            <w:r>
              <w:t xml:space="preserve">Personal </w:t>
            </w:r>
            <w:r w:rsidR="002026D2">
              <w:t>Fitness</w:t>
            </w:r>
          </w:p>
        </w:tc>
        <w:tc>
          <w:tcPr>
            <w:tcW w:w="1543" w:type="dxa"/>
          </w:tcPr>
          <w:p w14:paraId="1F555FC6" w14:textId="7D40659A" w:rsidR="00520930" w:rsidRDefault="00873B0D" w:rsidP="0036584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A86C154" wp14:editId="0EB37B13">
                  <wp:extent cx="914400" cy="914400"/>
                  <wp:effectExtent l="0" t="0" r="0" b="0"/>
                  <wp:docPr id="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</w:tcPr>
          <w:p w14:paraId="2947E6E7" w14:textId="77777777" w:rsidR="00520930" w:rsidRDefault="00520930" w:rsidP="0036584C">
            <w:pPr>
              <w:jc w:val="center"/>
            </w:pPr>
          </w:p>
        </w:tc>
        <w:tc>
          <w:tcPr>
            <w:tcW w:w="1543" w:type="dxa"/>
          </w:tcPr>
          <w:p w14:paraId="4671F9B2" w14:textId="77777777" w:rsidR="00520930" w:rsidRDefault="00520930" w:rsidP="0036584C">
            <w:pPr>
              <w:jc w:val="center"/>
            </w:pPr>
          </w:p>
        </w:tc>
        <w:tc>
          <w:tcPr>
            <w:tcW w:w="1543" w:type="dxa"/>
          </w:tcPr>
          <w:p w14:paraId="1D84E9F9" w14:textId="77777777" w:rsidR="00520930" w:rsidRDefault="00520930" w:rsidP="0036584C">
            <w:pPr>
              <w:jc w:val="center"/>
            </w:pPr>
          </w:p>
        </w:tc>
      </w:tr>
      <w:tr w:rsidR="00520930" w14:paraId="6EC3D36A" w14:textId="77777777">
        <w:trPr>
          <w:jc w:val="center"/>
        </w:trPr>
        <w:tc>
          <w:tcPr>
            <w:tcW w:w="1543" w:type="dxa"/>
          </w:tcPr>
          <w:p w14:paraId="0ECE77BF" w14:textId="77777777" w:rsidR="00520930" w:rsidRDefault="00000000" w:rsidP="0036584C">
            <w:pPr>
              <w:jc w:val="center"/>
            </w:pPr>
            <w:r>
              <w:t>☐</w:t>
            </w:r>
          </w:p>
        </w:tc>
        <w:tc>
          <w:tcPr>
            <w:tcW w:w="1543" w:type="dxa"/>
          </w:tcPr>
          <w:p w14:paraId="0554AE38" w14:textId="77777777" w:rsidR="00520930" w:rsidRDefault="00873B0D" w:rsidP="0036584C">
            <w:pPr>
              <w:jc w:val="center"/>
            </w:pPr>
            <w:hyperlink r:id="rId20" w:history="1">
              <w:r w:rsidRPr="00873B0D">
                <w:rPr>
                  <w:rStyle w:val="Hyperlink"/>
                </w:rPr>
                <w:t xml:space="preserve">My </w:t>
              </w:r>
              <w:proofErr w:type="gramStart"/>
              <w:r w:rsidRPr="00873B0D">
                <w:rPr>
                  <w:rStyle w:val="Hyperlink"/>
                </w:rPr>
                <w:t>Community</w:t>
              </w:r>
              <w:proofErr w:type="gramEnd"/>
            </w:hyperlink>
          </w:p>
          <w:p w14:paraId="21D49DAD" w14:textId="1C674A66" w:rsidR="00873B0D" w:rsidRDefault="00873B0D" w:rsidP="0036584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19DF59C" wp14:editId="2456F2D6">
                  <wp:extent cx="609600" cy="812800"/>
                  <wp:effectExtent l="0" t="0" r="0" b="6350"/>
                  <wp:docPr id="477404330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7404330" name="Picture 2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0205" cy="8136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</w:tcPr>
          <w:p w14:paraId="74B1ADAB" w14:textId="77777777" w:rsidR="00520930" w:rsidRDefault="00000000" w:rsidP="0036584C">
            <w:pPr>
              <w:jc w:val="center"/>
            </w:pPr>
            <w:r>
              <w:t>Citizenship</w:t>
            </w:r>
          </w:p>
        </w:tc>
        <w:tc>
          <w:tcPr>
            <w:tcW w:w="1543" w:type="dxa"/>
          </w:tcPr>
          <w:p w14:paraId="5F605F52" w14:textId="65C5E4C3" w:rsidR="00520930" w:rsidRDefault="00873B0D" w:rsidP="0036584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3E60B64" wp14:editId="5B4FF383">
                  <wp:extent cx="914400" cy="914400"/>
                  <wp:effectExtent l="0" t="0" r="0" b="0"/>
                  <wp:docPr id="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</w:tcPr>
          <w:p w14:paraId="0F35C3B4" w14:textId="77777777" w:rsidR="00520930" w:rsidRDefault="00520930" w:rsidP="0036584C">
            <w:pPr>
              <w:jc w:val="center"/>
            </w:pPr>
          </w:p>
        </w:tc>
        <w:tc>
          <w:tcPr>
            <w:tcW w:w="1543" w:type="dxa"/>
          </w:tcPr>
          <w:p w14:paraId="1CA18DFC" w14:textId="77777777" w:rsidR="00520930" w:rsidRDefault="00520930" w:rsidP="0036584C">
            <w:pPr>
              <w:jc w:val="center"/>
            </w:pPr>
          </w:p>
        </w:tc>
        <w:tc>
          <w:tcPr>
            <w:tcW w:w="1543" w:type="dxa"/>
          </w:tcPr>
          <w:p w14:paraId="7CD0BBDC" w14:textId="77777777" w:rsidR="00520930" w:rsidRDefault="00520930" w:rsidP="0036584C">
            <w:pPr>
              <w:jc w:val="center"/>
            </w:pPr>
          </w:p>
        </w:tc>
      </w:tr>
      <w:tr w:rsidR="00520930" w14:paraId="1006CAE1" w14:textId="77777777">
        <w:trPr>
          <w:jc w:val="center"/>
        </w:trPr>
        <w:tc>
          <w:tcPr>
            <w:tcW w:w="1543" w:type="dxa"/>
          </w:tcPr>
          <w:p w14:paraId="69928A4F" w14:textId="77777777" w:rsidR="00520930" w:rsidRDefault="00000000" w:rsidP="0036584C">
            <w:pPr>
              <w:jc w:val="center"/>
            </w:pPr>
            <w:r>
              <w:t>☐</w:t>
            </w:r>
          </w:p>
        </w:tc>
        <w:tc>
          <w:tcPr>
            <w:tcW w:w="1543" w:type="dxa"/>
          </w:tcPr>
          <w:p w14:paraId="6820560B" w14:textId="77777777" w:rsidR="00520930" w:rsidRDefault="00873B0D" w:rsidP="0036584C">
            <w:pPr>
              <w:jc w:val="center"/>
            </w:pPr>
            <w:hyperlink r:id="rId23" w:history="1">
              <w:r w:rsidRPr="00873B0D">
                <w:rPr>
                  <w:rStyle w:val="Hyperlink"/>
                </w:rPr>
                <w:t>Webelos Walkabout</w:t>
              </w:r>
            </w:hyperlink>
          </w:p>
          <w:p w14:paraId="35D0DBD5" w14:textId="6214045E" w:rsidR="00873B0D" w:rsidRDefault="00873B0D" w:rsidP="0036584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4F87213" wp14:editId="30990CD8">
                  <wp:extent cx="623888" cy="831850"/>
                  <wp:effectExtent l="0" t="0" r="5080" b="6350"/>
                  <wp:docPr id="626152973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6152973" name="Picture 2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4868" cy="8331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</w:tcPr>
          <w:p w14:paraId="288E39C5" w14:textId="77777777" w:rsidR="00520930" w:rsidRDefault="00000000" w:rsidP="0036584C">
            <w:pPr>
              <w:jc w:val="center"/>
            </w:pPr>
            <w:r>
              <w:t>Outdoors</w:t>
            </w:r>
          </w:p>
        </w:tc>
        <w:tc>
          <w:tcPr>
            <w:tcW w:w="1543" w:type="dxa"/>
          </w:tcPr>
          <w:p w14:paraId="734B07AA" w14:textId="7D38F040" w:rsidR="00520930" w:rsidRDefault="00873B0D" w:rsidP="0036584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E321A74" wp14:editId="432DC834">
                  <wp:extent cx="914400" cy="914400"/>
                  <wp:effectExtent l="0" t="0" r="0" b="0"/>
                  <wp:docPr id="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</w:tcPr>
          <w:p w14:paraId="20720171" w14:textId="77777777" w:rsidR="00520930" w:rsidRDefault="00520930" w:rsidP="0036584C">
            <w:pPr>
              <w:jc w:val="center"/>
            </w:pPr>
          </w:p>
        </w:tc>
        <w:tc>
          <w:tcPr>
            <w:tcW w:w="1543" w:type="dxa"/>
          </w:tcPr>
          <w:p w14:paraId="50AE091E" w14:textId="77777777" w:rsidR="00520930" w:rsidRDefault="00520930" w:rsidP="0036584C">
            <w:pPr>
              <w:jc w:val="center"/>
            </w:pPr>
          </w:p>
        </w:tc>
        <w:tc>
          <w:tcPr>
            <w:tcW w:w="1543" w:type="dxa"/>
          </w:tcPr>
          <w:p w14:paraId="3FA09F29" w14:textId="77777777" w:rsidR="00520930" w:rsidRDefault="00520930" w:rsidP="0036584C">
            <w:pPr>
              <w:jc w:val="center"/>
            </w:pPr>
          </w:p>
        </w:tc>
      </w:tr>
    </w:tbl>
    <w:p w14:paraId="2CFCEC25" w14:textId="77777777" w:rsidR="00520930" w:rsidRDefault="00000000">
      <w:pPr>
        <w:pStyle w:val="Heading2"/>
      </w:pPr>
      <w:r>
        <w:lastRenderedPageBreak/>
        <w:t>🟩 Elective Adventures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508"/>
        <w:gridCol w:w="1537"/>
        <w:gridCol w:w="1539"/>
        <w:gridCol w:w="1656"/>
        <w:gridCol w:w="1515"/>
        <w:gridCol w:w="1529"/>
        <w:gridCol w:w="1506"/>
      </w:tblGrid>
      <w:tr w:rsidR="00520930" w:rsidRPr="00873B0D" w14:paraId="0DB3CEDE" w14:textId="77777777" w:rsidTr="00873B0D">
        <w:trPr>
          <w:jc w:val="center"/>
        </w:trPr>
        <w:tc>
          <w:tcPr>
            <w:tcW w:w="1543" w:type="dxa"/>
          </w:tcPr>
          <w:p w14:paraId="7DFC1D15" w14:textId="77777777" w:rsidR="00520930" w:rsidRPr="00873B0D" w:rsidRDefault="00000000" w:rsidP="00873B0D">
            <w:pPr>
              <w:jc w:val="center"/>
              <w:rPr>
                <w:b/>
                <w:bCs/>
              </w:rPr>
            </w:pPr>
            <w:r w:rsidRPr="00873B0D">
              <w:rPr>
                <w:rFonts w:ascii="Segoe UI Emoji" w:hAnsi="Segoe UI Emoji" w:cs="Segoe UI Emoji"/>
                <w:b/>
                <w:bCs/>
              </w:rPr>
              <w:t>⭐</w:t>
            </w:r>
            <w:r w:rsidRPr="00873B0D">
              <w:rPr>
                <w:b/>
                <w:bCs/>
              </w:rPr>
              <w:t xml:space="preserve"> Pack Event?</w:t>
            </w:r>
          </w:p>
        </w:tc>
        <w:tc>
          <w:tcPr>
            <w:tcW w:w="1543" w:type="dxa"/>
          </w:tcPr>
          <w:p w14:paraId="4BF4A012" w14:textId="77777777" w:rsidR="00520930" w:rsidRPr="00873B0D" w:rsidRDefault="00000000" w:rsidP="00873B0D">
            <w:pPr>
              <w:jc w:val="center"/>
              <w:rPr>
                <w:b/>
                <w:bCs/>
              </w:rPr>
            </w:pPr>
            <w:r w:rsidRPr="00873B0D">
              <w:rPr>
                <w:b/>
                <w:bCs/>
              </w:rPr>
              <w:t>Adventure</w:t>
            </w:r>
          </w:p>
        </w:tc>
        <w:tc>
          <w:tcPr>
            <w:tcW w:w="1543" w:type="dxa"/>
          </w:tcPr>
          <w:p w14:paraId="02ADACAF" w14:textId="77777777" w:rsidR="00520930" w:rsidRPr="00873B0D" w:rsidRDefault="00000000" w:rsidP="00873B0D">
            <w:pPr>
              <w:jc w:val="center"/>
              <w:rPr>
                <w:b/>
                <w:bCs/>
              </w:rPr>
            </w:pPr>
            <w:r w:rsidRPr="00873B0D">
              <w:rPr>
                <w:b/>
                <w:bCs/>
              </w:rPr>
              <w:t>Theme</w:t>
            </w:r>
          </w:p>
        </w:tc>
        <w:tc>
          <w:tcPr>
            <w:tcW w:w="1656" w:type="dxa"/>
          </w:tcPr>
          <w:p w14:paraId="5BC65664" w14:textId="77777777" w:rsidR="00520930" w:rsidRPr="00873B0D" w:rsidRDefault="00000000" w:rsidP="00873B0D">
            <w:pPr>
              <w:jc w:val="center"/>
              <w:rPr>
                <w:b/>
                <w:bCs/>
              </w:rPr>
            </w:pPr>
            <w:r w:rsidRPr="00873B0D">
              <w:rPr>
                <w:b/>
                <w:bCs/>
              </w:rPr>
              <w:t>📱 Adventure Guide</w:t>
            </w:r>
            <w:r w:rsidRPr="00873B0D">
              <w:rPr>
                <w:b/>
                <w:bCs/>
              </w:rPr>
              <w:br/>
              <w:t>(QR)</w:t>
            </w:r>
          </w:p>
        </w:tc>
        <w:tc>
          <w:tcPr>
            <w:tcW w:w="1543" w:type="dxa"/>
          </w:tcPr>
          <w:p w14:paraId="62ED2999" w14:textId="77777777" w:rsidR="00520930" w:rsidRPr="00873B0D" w:rsidRDefault="00000000" w:rsidP="00873B0D">
            <w:pPr>
              <w:jc w:val="center"/>
              <w:rPr>
                <w:b/>
                <w:bCs/>
              </w:rPr>
            </w:pPr>
            <w:r w:rsidRPr="00873B0D">
              <w:rPr>
                <w:b/>
                <w:bCs/>
              </w:rPr>
              <w:t>📅 Meeting Date</w:t>
            </w:r>
          </w:p>
        </w:tc>
        <w:tc>
          <w:tcPr>
            <w:tcW w:w="1543" w:type="dxa"/>
          </w:tcPr>
          <w:p w14:paraId="3F61B94F" w14:textId="77777777" w:rsidR="00520930" w:rsidRPr="00873B0D" w:rsidRDefault="00000000" w:rsidP="00873B0D">
            <w:pPr>
              <w:jc w:val="center"/>
              <w:rPr>
                <w:b/>
                <w:bCs/>
              </w:rPr>
            </w:pPr>
            <w:r w:rsidRPr="00873B0D">
              <w:rPr>
                <w:b/>
                <w:bCs/>
              </w:rPr>
              <w:t>🧭 Adventure Host</w:t>
            </w:r>
          </w:p>
        </w:tc>
        <w:tc>
          <w:tcPr>
            <w:tcW w:w="1543" w:type="dxa"/>
          </w:tcPr>
          <w:p w14:paraId="230EE6AA" w14:textId="77777777" w:rsidR="00520930" w:rsidRPr="00873B0D" w:rsidRDefault="00000000" w:rsidP="00873B0D">
            <w:pPr>
              <w:jc w:val="center"/>
              <w:rPr>
                <w:b/>
                <w:bCs/>
              </w:rPr>
            </w:pPr>
            <w:r w:rsidRPr="00873B0D">
              <w:rPr>
                <w:b/>
                <w:bCs/>
              </w:rPr>
              <w:t>📞 Phone</w:t>
            </w:r>
          </w:p>
        </w:tc>
      </w:tr>
      <w:tr w:rsidR="00520930" w14:paraId="2EE0C5A7" w14:textId="77777777" w:rsidTr="00873B0D">
        <w:trPr>
          <w:jc w:val="center"/>
        </w:trPr>
        <w:tc>
          <w:tcPr>
            <w:tcW w:w="1543" w:type="dxa"/>
          </w:tcPr>
          <w:p w14:paraId="4613DC96" w14:textId="77777777" w:rsidR="00520930" w:rsidRDefault="00000000" w:rsidP="00873B0D">
            <w:pPr>
              <w:jc w:val="center"/>
            </w:pPr>
            <w:r>
              <w:t>☐</w:t>
            </w:r>
          </w:p>
        </w:tc>
        <w:tc>
          <w:tcPr>
            <w:tcW w:w="1543" w:type="dxa"/>
          </w:tcPr>
          <w:p w14:paraId="4A877957" w14:textId="77777777" w:rsidR="00520930" w:rsidRDefault="00873B0D" w:rsidP="00873B0D">
            <w:pPr>
              <w:jc w:val="center"/>
            </w:pPr>
            <w:hyperlink r:id="rId26" w:history="1">
              <w:r w:rsidRPr="00873B0D">
                <w:rPr>
                  <w:rStyle w:val="Hyperlink"/>
                </w:rPr>
                <w:t>Aquanaut</w:t>
              </w:r>
            </w:hyperlink>
          </w:p>
          <w:p w14:paraId="03023A57" w14:textId="4A46E256" w:rsidR="008B10C8" w:rsidRDefault="008B10C8" w:rsidP="00873B0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C65CE04" wp14:editId="1A1A54AE">
                  <wp:extent cx="685800" cy="914400"/>
                  <wp:effectExtent l="0" t="0" r="0" b="0"/>
                  <wp:docPr id="52919935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9199351" name="Picture 2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</w:tcPr>
          <w:p w14:paraId="0784D8E7" w14:textId="0AC364A2" w:rsidR="00520930" w:rsidRDefault="008B10C8" w:rsidP="00873B0D">
            <w:pPr>
              <w:jc w:val="center"/>
            </w:pPr>
            <w:r>
              <w:t>Swimming</w:t>
            </w:r>
          </w:p>
        </w:tc>
        <w:tc>
          <w:tcPr>
            <w:tcW w:w="1656" w:type="dxa"/>
          </w:tcPr>
          <w:p w14:paraId="0E81B95D" w14:textId="69ED4E47" w:rsidR="00520930" w:rsidRDefault="00873B0D" w:rsidP="00873B0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FE0DBA6" wp14:editId="005751B1">
                  <wp:extent cx="914400" cy="914400"/>
                  <wp:effectExtent l="0" t="0" r="0" b="0"/>
                  <wp:docPr id="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</w:tcPr>
          <w:p w14:paraId="21B0EC09" w14:textId="77777777" w:rsidR="00520930" w:rsidRDefault="00520930" w:rsidP="00873B0D">
            <w:pPr>
              <w:jc w:val="center"/>
            </w:pPr>
          </w:p>
        </w:tc>
        <w:tc>
          <w:tcPr>
            <w:tcW w:w="1543" w:type="dxa"/>
          </w:tcPr>
          <w:p w14:paraId="1B5BD5E6" w14:textId="77777777" w:rsidR="00520930" w:rsidRDefault="00520930" w:rsidP="00873B0D">
            <w:pPr>
              <w:jc w:val="center"/>
            </w:pPr>
          </w:p>
        </w:tc>
        <w:tc>
          <w:tcPr>
            <w:tcW w:w="1543" w:type="dxa"/>
          </w:tcPr>
          <w:p w14:paraId="2D29925D" w14:textId="77777777" w:rsidR="00520930" w:rsidRDefault="00520930" w:rsidP="00873B0D">
            <w:pPr>
              <w:jc w:val="center"/>
            </w:pPr>
          </w:p>
        </w:tc>
      </w:tr>
      <w:tr w:rsidR="00520930" w14:paraId="089AFB9A" w14:textId="77777777" w:rsidTr="00873B0D">
        <w:trPr>
          <w:jc w:val="center"/>
        </w:trPr>
        <w:tc>
          <w:tcPr>
            <w:tcW w:w="1543" w:type="dxa"/>
          </w:tcPr>
          <w:p w14:paraId="000B5AEC" w14:textId="77777777" w:rsidR="00520930" w:rsidRDefault="00000000" w:rsidP="00873B0D">
            <w:pPr>
              <w:jc w:val="center"/>
            </w:pPr>
            <w:r>
              <w:t>☐</w:t>
            </w:r>
          </w:p>
        </w:tc>
        <w:tc>
          <w:tcPr>
            <w:tcW w:w="1543" w:type="dxa"/>
          </w:tcPr>
          <w:p w14:paraId="3D465F63" w14:textId="77777777" w:rsidR="00520930" w:rsidRDefault="00873B0D" w:rsidP="00873B0D">
            <w:pPr>
              <w:jc w:val="center"/>
            </w:pPr>
            <w:hyperlink r:id="rId29" w:history="1">
              <w:r w:rsidRPr="00873B0D">
                <w:rPr>
                  <w:rStyle w:val="Hyperlink"/>
                </w:rPr>
                <w:t>Art Explosion</w:t>
              </w:r>
            </w:hyperlink>
          </w:p>
          <w:p w14:paraId="4EABB0E4" w14:textId="13F44D8C" w:rsidR="008B10C8" w:rsidRDefault="008B10C8" w:rsidP="00873B0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E4F9F78" wp14:editId="58DD3F3B">
                  <wp:extent cx="685800" cy="914400"/>
                  <wp:effectExtent l="0" t="0" r="0" b="0"/>
                  <wp:docPr id="1098500969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8500969" name="Picture 2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</w:tcPr>
          <w:p w14:paraId="2BADEFEA" w14:textId="22851E68" w:rsidR="00520930" w:rsidRDefault="008B10C8" w:rsidP="00873B0D">
            <w:pPr>
              <w:jc w:val="center"/>
            </w:pPr>
            <w:r>
              <w:t>Art</w:t>
            </w:r>
          </w:p>
        </w:tc>
        <w:tc>
          <w:tcPr>
            <w:tcW w:w="1656" w:type="dxa"/>
          </w:tcPr>
          <w:p w14:paraId="4AD99BAE" w14:textId="166FFE19" w:rsidR="00520930" w:rsidRDefault="00873B0D" w:rsidP="00873B0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173BD0D" wp14:editId="30288FDD">
                  <wp:extent cx="914400" cy="914400"/>
                  <wp:effectExtent l="0" t="0" r="0" b="0"/>
                  <wp:docPr id="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</w:tcPr>
          <w:p w14:paraId="19363A7B" w14:textId="77777777" w:rsidR="00520930" w:rsidRDefault="00520930" w:rsidP="00873B0D">
            <w:pPr>
              <w:jc w:val="center"/>
            </w:pPr>
          </w:p>
        </w:tc>
        <w:tc>
          <w:tcPr>
            <w:tcW w:w="1543" w:type="dxa"/>
          </w:tcPr>
          <w:p w14:paraId="506E331C" w14:textId="77777777" w:rsidR="00520930" w:rsidRDefault="00520930" w:rsidP="00873B0D">
            <w:pPr>
              <w:jc w:val="center"/>
            </w:pPr>
          </w:p>
        </w:tc>
        <w:tc>
          <w:tcPr>
            <w:tcW w:w="1543" w:type="dxa"/>
          </w:tcPr>
          <w:p w14:paraId="2EAB9C61" w14:textId="77777777" w:rsidR="00520930" w:rsidRDefault="00520930" w:rsidP="00873B0D">
            <w:pPr>
              <w:jc w:val="center"/>
            </w:pPr>
          </w:p>
        </w:tc>
      </w:tr>
      <w:tr w:rsidR="00520930" w14:paraId="17E59C71" w14:textId="77777777" w:rsidTr="00873B0D">
        <w:trPr>
          <w:jc w:val="center"/>
        </w:trPr>
        <w:tc>
          <w:tcPr>
            <w:tcW w:w="1543" w:type="dxa"/>
          </w:tcPr>
          <w:p w14:paraId="3CB2E590" w14:textId="77777777" w:rsidR="00520930" w:rsidRDefault="00000000" w:rsidP="00873B0D">
            <w:pPr>
              <w:jc w:val="center"/>
            </w:pPr>
            <w:r>
              <w:t>☐</w:t>
            </w:r>
          </w:p>
        </w:tc>
        <w:tc>
          <w:tcPr>
            <w:tcW w:w="1543" w:type="dxa"/>
          </w:tcPr>
          <w:p w14:paraId="1E565BFD" w14:textId="77777777" w:rsidR="00520930" w:rsidRDefault="00873B0D" w:rsidP="00873B0D">
            <w:pPr>
              <w:jc w:val="center"/>
            </w:pPr>
            <w:hyperlink r:id="rId32" w:history="1">
              <w:r w:rsidRPr="00873B0D">
                <w:rPr>
                  <w:rStyle w:val="Hyperlink"/>
                </w:rPr>
                <w:t>Aware and Care</w:t>
              </w:r>
            </w:hyperlink>
          </w:p>
          <w:p w14:paraId="361D9C01" w14:textId="5C2E7548" w:rsidR="008B10C8" w:rsidRDefault="008B10C8" w:rsidP="00873B0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D562332" wp14:editId="4B40F307">
                  <wp:extent cx="685800" cy="914400"/>
                  <wp:effectExtent l="0" t="0" r="0" b="0"/>
                  <wp:docPr id="1542741507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2741507" name="Picture 2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</w:tcPr>
          <w:p w14:paraId="28F6B246" w14:textId="2B58A0B5" w:rsidR="00520930" w:rsidRDefault="008B10C8" w:rsidP="00873B0D">
            <w:pPr>
              <w:jc w:val="center"/>
            </w:pPr>
            <w:r>
              <w:t>Disability Awareness</w:t>
            </w:r>
          </w:p>
        </w:tc>
        <w:tc>
          <w:tcPr>
            <w:tcW w:w="1656" w:type="dxa"/>
          </w:tcPr>
          <w:p w14:paraId="1B21EE17" w14:textId="75023F18" w:rsidR="00520930" w:rsidRDefault="00873B0D" w:rsidP="00873B0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23B8117" wp14:editId="6FD4357B">
                  <wp:extent cx="914400" cy="914400"/>
                  <wp:effectExtent l="0" t="0" r="0" b="0"/>
                  <wp:docPr id="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</w:tcPr>
          <w:p w14:paraId="7FB7A6D8" w14:textId="77777777" w:rsidR="00520930" w:rsidRDefault="00520930" w:rsidP="00873B0D">
            <w:pPr>
              <w:jc w:val="center"/>
            </w:pPr>
          </w:p>
        </w:tc>
        <w:tc>
          <w:tcPr>
            <w:tcW w:w="1543" w:type="dxa"/>
          </w:tcPr>
          <w:p w14:paraId="4388990A" w14:textId="77777777" w:rsidR="00520930" w:rsidRDefault="00520930" w:rsidP="00873B0D">
            <w:pPr>
              <w:jc w:val="center"/>
            </w:pPr>
          </w:p>
        </w:tc>
        <w:tc>
          <w:tcPr>
            <w:tcW w:w="1543" w:type="dxa"/>
          </w:tcPr>
          <w:p w14:paraId="6A63F61D" w14:textId="77777777" w:rsidR="00520930" w:rsidRDefault="00520930" w:rsidP="00873B0D">
            <w:pPr>
              <w:jc w:val="center"/>
            </w:pPr>
          </w:p>
        </w:tc>
      </w:tr>
      <w:tr w:rsidR="00520930" w14:paraId="4B081653" w14:textId="77777777" w:rsidTr="00873B0D">
        <w:trPr>
          <w:jc w:val="center"/>
        </w:trPr>
        <w:tc>
          <w:tcPr>
            <w:tcW w:w="1543" w:type="dxa"/>
          </w:tcPr>
          <w:p w14:paraId="5EAF4FB9" w14:textId="77777777" w:rsidR="00520930" w:rsidRDefault="00000000" w:rsidP="00873B0D">
            <w:pPr>
              <w:jc w:val="center"/>
            </w:pPr>
            <w:r>
              <w:t>☐</w:t>
            </w:r>
          </w:p>
        </w:tc>
        <w:tc>
          <w:tcPr>
            <w:tcW w:w="1543" w:type="dxa"/>
          </w:tcPr>
          <w:p w14:paraId="65823B0C" w14:textId="77777777" w:rsidR="00520930" w:rsidRDefault="00873B0D" w:rsidP="00873B0D">
            <w:pPr>
              <w:jc w:val="center"/>
            </w:pPr>
            <w:hyperlink r:id="rId35" w:history="1">
              <w:r w:rsidRPr="00873B0D">
                <w:rPr>
                  <w:rStyle w:val="Hyperlink"/>
                </w:rPr>
                <w:t>Build It</w:t>
              </w:r>
            </w:hyperlink>
          </w:p>
          <w:p w14:paraId="069260A6" w14:textId="444CEA9D" w:rsidR="008B10C8" w:rsidRDefault="008B10C8" w:rsidP="00873B0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5D16EA3" wp14:editId="57B18341">
                  <wp:extent cx="685800" cy="914400"/>
                  <wp:effectExtent l="0" t="0" r="0" b="0"/>
                  <wp:docPr id="916599134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6599134" name="Picture 2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</w:tcPr>
          <w:p w14:paraId="38927E1F" w14:textId="12AF02C7" w:rsidR="00520930" w:rsidRDefault="008B10C8" w:rsidP="00873B0D">
            <w:pPr>
              <w:jc w:val="center"/>
            </w:pPr>
            <w:r>
              <w:t>Building</w:t>
            </w:r>
          </w:p>
        </w:tc>
        <w:tc>
          <w:tcPr>
            <w:tcW w:w="1656" w:type="dxa"/>
          </w:tcPr>
          <w:p w14:paraId="66FD3F7B" w14:textId="34AB44B8" w:rsidR="00520930" w:rsidRDefault="00873B0D" w:rsidP="00873B0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9782734" wp14:editId="0184C000">
                  <wp:extent cx="914400" cy="914400"/>
                  <wp:effectExtent l="0" t="0" r="0" b="0"/>
                  <wp:docPr id="1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</w:p>
        </w:tc>
        <w:tc>
          <w:tcPr>
            <w:tcW w:w="1543" w:type="dxa"/>
          </w:tcPr>
          <w:p w14:paraId="1C7931D2" w14:textId="77777777" w:rsidR="00520930" w:rsidRDefault="00520930" w:rsidP="00873B0D">
            <w:pPr>
              <w:jc w:val="center"/>
            </w:pPr>
          </w:p>
        </w:tc>
        <w:tc>
          <w:tcPr>
            <w:tcW w:w="1543" w:type="dxa"/>
          </w:tcPr>
          <w:p w14:paraId="7078FA7C" w14:textId="77777777" w:rsidR="00520930" w:rsidRDefault="00520930" w:rsidP="00873B0D">
            <w:pPr>
              <w:jc w:val="center"/>
            </w:pPr>
          </w:p>
        </w:tc>
        <w:tc>
          <w:tcPr>
            <w:tcW w:w="1543" w:type="dxa"/>
          </w:tcPr>
          <w:p w14:paraId="6C2E65E6" w14:textId="77777777" w:rsidR="00520930" w:rsidRDefault="00520930" w:rsidP="00873B0D">
            <w:pPr>
              <w:jc w:val="center"/>
            </w:pPr>
          </w:p>
        </w:tc>
      </w:tr>
      <w:tr w:rsidR="00873B0D" w14:paraId="78D862DC" w14:textId="77777777" w:rsidTr="00873B0D">
        <w:trPr>
          <w:jc w:val="center"/>
        </w:trPr>
        <w:tc>
          <w:tcPr>
            <w:tcW w:w="1543" w:type="dxa"/>
          </w:tcPr>
          <w:p w14:paraId="62B3F628" w14:textId="3F67AF46" w:rsidR="00873B0D" w:rsidRDefault="00873B0D" w:rsidP="00873B0D">
            <w:pPr>
              <w:jc w:val="center"/>
            </w:pPr>
            <w:r>
              <w:t>☐</w:t>
            </w:r>
          </w:p>
        </w:tc>
        <w:tc>
          <w:tcPr>
            <w:tcW w:w="1543" w:type="dxa"/>
          </w:tcPr>
          <w:p w14:paraId="5023F132" w14:textId="77777777" w:rsidR="00873B0D" w:rsidRDefault="00873B0D" w:rsidP="00873B0D">
            <w:pPr>
              <w:jc w:val="center"/>
            </w:pPr>
            <w:hyperlink r:id="rId38" w:history="1">
              <w:r w:rsidRPr="00873B0D">
                <w:rPr>
                  <w:rStyle w:val="Hyperlink"/>
                </w:rPr>
                <w:t>Catch the Big One</w:t>
              </w:r>
            </w:hyperlink>
          </w:p>
          <w:p w14:paraId="2CF743A2" w14:textId="00C97C23" w:rsidR="008B10C8" w:rsidRDefault="008B10C8" w:rsidP="00873B0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CABF499" wp14:editId="7110729B">
                  <wp:extent cx="685800" cy="914400"/>
                  <wp:effectExtent l="0" t="0" r="0" b="0"/>
                  <wp:docPr id="684042886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4042886" name="Picture 2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</w:tcPr>
          <w:p w14:paraId="24EA754B" w14:textId="57EEFF69" w:rsidR="00873B0D" w:rsidRDefault="00873B0D" w:rsidP="00873B0D">
            <w:pPr>
              <w:jc w:val="center"/>
            </w:pPr>
            <w:r>
              <w:t>Fishing</w:t>
            </w:r>
          </w:p>
        </w:tc>
        <w:tc>
          <w:tcPr>
            <w:tcW w:w="1656" w:type="dxa"/>
          </w:tcPr>
          <w:p w14:paraId="51A2971C" w14:textId="6CDA8261" w:rsidR="00873B0D" w:rsidRDefault="00873B0D" w:rsidP="00873B0D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5C8B1D6" wp14:editId="4F5B161D">
                  <wp:extent cx="914400" cy="914400"/>
                  <wp:effectExtent l="0" t="0" r="0" b="0"/>
                  <wp:docPr id="1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</w:tcPr>
          <w:p w14:paraId="658BF758" w14:textId="77777777" w:rsidR="00873B0D" w:rsidRDefault="00873B0D" w:rsidP="00873B0D">
            <w:pPr>
              <w:jc w:val="center"/>
            </w:pPr>
          </w:p>
        </w:tc>
        <w:tc>
          <w:tcPr>
            <w:tcW w:w="1543" w:type="dxa"/>
          </w:tcPr>
          <w:p w14:paraId="459CD392" w14:textId="77777777" w:rsidR="00873B0D" w:rsidRDefault="00873B0D" w:rsidP="00873B0D">
            <w:pPr>
              <w:jc w:val="center"/>
            </w:pPr>
          </w:p>
        </w:tc>
        <w:tc>
          <w:tcPr>
            <w:tcW w:w="1543" w:type="dxa"/>
          </w:tcPr>
          <w:p w14:paraId="2C6D5165" w14:textId="77777777" w:rsidR="00873B0D" w:rsidRDefault="00873B0D" w:rsidP="00873B0D">
            <w:pPr>
              <w:jc w:val="center"/>
            </w:pPr>
          </w:p>
        </w:tc>
      </w:tr>
      <w:tr w:rsidR="00520930" w14:paraId="6B78A70C" w14:textId="77777777" w:rsidTr="00873B0D">
        <w:trPr>
          <w:jc w:val="center"/>
        </w:trPr>
        <w:tc>
          <w:tcPr>
            <w:tcW w:w="1543" w:type="dxa"/>
          </w:tcPr>
          <w:p w14:paraId="104D4C0A" w14:textId="77777777" w:rsidR="00520930" w:rsidRDefault="00000000" w:rsidP="00873B0D">
            <w:pPr>
              <w:jc w:val="center"/>
            </w:pPr>
            <w:r>
              <w:t>☐</w:t>
            </w:r>
          </w:p>
        </w:tc>
        <w:tc>
          <w:tcPr>
            <w:tcW w:w="1543" w:type="dxa"/>
          </w:tcPr>
          <w:p w14:paraId="05E53324" w14:textId="77777777" w:rsidR="00520930" w:rsidRDefault="00873B0D" w:rsidP="00873B0D">
            <w:pPr>
              <w:jc w:val="center"/>
            </w:pPr>
            <w:hyperlink r:id="rId41" w:history="1">
              <w:r w:rsidRPr="00873B0D">
                <w:rPr>
                  <w:rStyle w:val="Hyperlink"/>
                </w:rPr>
                <w:t>Champions for Nature Webelos</w:t>
              </w:r>
            </w:hyperlink>
          </w:p>
          <w:p w14:paraId="006AE5F7" w14:textId="1F9B1B1D" w:rsidR="008B10C8" w:rsidRDefault="008B10C8" w:rsidP="00873B0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C6BF0D1" wp14:editId="4BE87627">
                  <wp:extent cx="685800" cy="914400"/>
                  <wp:effectExtent l="0" t="0" r="0" b="0"/>
                  <wp:docPr id="1385684080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5684080" name="Picture 2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</w:tcPr>
          <w:p w14:paraId="2004EF67" w14:textId="42599B53" w:rsidR="00520930" w:rsidRDefault="008B10C8" w:rsidP="00873B0D">
            <w:pPr>
              <w:jc w:val="center"/>
            </w:pPr>
            <w:r>
              <w:t>Conservation</w:t>
            </w:r>
          </w:p>
        </w:tc>
        <w:tc>
          <w:tcPr>
            <w:tcW w:w="1656" w:type="dxa"/>
          </w:tcPr>
          <w:p w14:paraId="7860FE82" w14:textId="3077CB88" w:rsidR="00520930" w:rsidRDefault="00873B0D" w:rsidP="00873B0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EC7DC32" wp14:editId="5457686B">
                  <wp:extent cx="914400" cy="914400"/>
                  <wp:effectExtent l="0" t="0" r="0" b="0"/>
                  <wp:docPr id="1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</w:tcPr>
          <w:p w14:paraId="3C10C07E" w14:textId="77777777" w:rsidR="00520930" w:rsidRDefault="00520930" w:rsidP="00873B0D">
            <w:pPr>
              <w:jc w:val="center"/>
            </w:pPr>
          </w:p>
        </w:tc>
        <w:tc>
          <w:tcPr>
            <w:tcW w:w="1543" w:type="dxa"/>
          </w:tcPr>
          <w:p w14:paraId="69B57C5C" w14:textId="77777777" w:rsidR="00520930" w:rsidRDefault="00520930" w:rsidP="00873B0D">
            <w:pPr>
              <w:jc w:val="center"/>
            </w:pPr>
          </w:p>
        </w:tc>
        <w:tc>
          <w:tcPr>
            <w:tcW w:w="1543" w:type="dxa"/>
          </w:tcPr>
          <w:p w14:paraId="7270C669" w14:textId="77777777" w:rsidR="00520930" w:rsidRDefault="00520930" w:rsidP="00873B0D">
            <w:pPr>
              <w:jc w:val="center"/>
            </w:pPr>
          </w:p>
        </w:tc>
      </w:tr>
      <w:tr w:rsidR="00873B0D" w14:paraId="769B9A47" w14:textId="77777777" w:rsidTr="00873B0D">
        <w:trPr>
          <w:jc w:val="center"/>
        </w:trPr>
        <w:tc>
          <w:tcPr>
            <w:tcW w:w="1543" w:type="dxa"/>
          </w:tcPr>
          <w:p w14:paraId="6BD00BF5" w14:textId="43F01317" w:rsidR="00873B0D" w:rsidRDefault="00873B0D" w:rsidP="00873B0D">
            <w:pPr>
              <w:jc w:val="center"/>
            </w:pPr>
            <w:r>
              <w:t>☐</w:t>
            </w:r>
          </w:p>
        </w:tc>
        <w:tc>
          <w:tcPr>
            <w:tcW w:w="1543" w:type="dxa"/>
          </w:tcPr>
          <w:p w14:paraId="124F25B5" w14:textId="77777777" w:rsidR="00873B0D" w:rsidRDefault="00873B0D" w:rsidP="00873B0D">
            <w:pPr>
              <w:jc w:val="center"/>
            </w:pPr>
            <w:hyperlink r:id="rId44" w:history="1">
              <w:r w:rsidRPr="00873B0D">
                <w:rPr>
                  <w:rStyle w:val="Hyperlink"/>
                </w:rPr>
                <w:t>Chef’s Knife</w:t>
              </w:r>
            </w:hyperlink>
          </w:p>
          <w:p w14:paraId="2767B05D" w14:textId="66970020" w:rsidR="008B10C8" w:rsidRDefault="008B10C8" w:rsidP="00873B0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9ECB7E5" wp14:editId="7A39CAA5">
                  <wp:extent cx="685800" cy="914400"/>
                  <wp:effectExtent l="0" t="0" r="0" b="0"/>
                  <wp:docPr id="1356550416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6550416" name="Picture 2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</w:tcPr>
          <w:p w14:paraId="4FE5AB16" w14:textId="7EE298A3" w:rsidR="00873B0D" w:rsidRDefault="00873B0D" w:rsidP="00873B0D">
            <w:pPr>
              <w:jc w:val="center"/>
            </w:pPr>
            <w:r>
              <w:t>Cooking</w:t>
            </w:r>
          </w:p>
        </w:tc>
        <w:tc>
          <w:tcPr>
            <w:tcW w:w="1656" w:type="dxa"/>
          </w:tcPr>
          <w:p w14:paraId="38E159E3" w14:textId="4B49BDD2" w:rsidR="00873B0D" w:rsidRDefault="00873B0D" w:rsidP="00873B0D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70409BD" wp14:editId="20F67972">
                  <wp:extent cx="914400" cy="914400"/>
                  <wp:effectExtent l="0" t="0" r="0" b="0"/>
                  <wp:docPr id="1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</w:tcPr>
          <w:p w14:paraId="38422CB6" w14:textId="77777777" w:rsidR="00873B0D" w:rsidRDefault="00873B0D" w:rsidP="00873B0D">
            <w:pPr>
              <w:jc w:val="center"/>
            </w:pPr>
          </w:p>
        </w:tc>
        <w:tc>
          <w:tcPr>
            <w:tcW w:w="1543" w:type="dxa"/>
          </w:tcPr>
          <w:p w14:paraId="5DBA1463" w14:textId="77777777" w:rsidR="00873B0D" w:rsidRDefault="00873B0D" w:rsidP="00873B0D">
            <w:pPr>
              <w:jc w:val="center"/>
            </w:pPr>
          </w:p>
        </w:tc>
        <w:tc>
          <w:tcPr>
            <w:tcW w:w="1543" w:type="dxa"/>
          </w:tcPr>
          <w:p w14:paraId="46AD04BD" w14:textId="77777777" w:rsidR="00873B0D" w:rsidRDefault="00873B0D" w:rsidP="00873B0D">
            <w:pPr>
              <w:jc w:val="center"/>
            </w:pPr>
          </w:p>
        </w:tc>
      </w:tr>
      <w:tr w:rsidR="00520930" w14:paraId="6AC9CC3D" w14:textId="77777777" w:rsidTr="00873B0D">
        <w:trPr>
          <w:jc w:val="center"/>
        </w:trPr>
        <w:tc>
          <w:tcPr>
            <w:tcW w:w="1543" w:type="dxa"/>
          </w:tcPr>
          <w:p w14:paraId="0EAD6FC6" w14:textId="77777777" w:rsidR="00520930" w:rsidRDefault="00000000" w:rsidP="00873B0D">
            <w:pPr>
              <w:jc w:val="center"/>
            </w:pPr>
            <w:r>
              <w:lastRenderedPageBreak/>
              <w:t>☐</w:t>
            </w:r>
          </w:p>
        </w:tc>
        <w:tc>
          <w:tcPr>
            <w:tcW w:w="1543" w:type="dxa"/>
          </w:tcPr>
          <w:p w14:paraId="270F42F1" w14:textId="77777777" w:rsidR="00520930" w:rsidRDefault="00873B0D" w:rsidP="00873B0D">
            <w:pPr>
              <w:jc w:val="center"/>
            </w:pPr>
            <w:hyperlink r:id="rId47" w:history="1">
              <w:r w:rsidRPr="00873B0D">
                <w:rPr>
                  <w:rStyle w:val="Hyperlink"/>
                </w:rPr>
                <w:t>Earth Rocks!</w:t>
              </w:r>
            </w:hyperlink>
          </w:p>
          <w:p w14:paraId="2EA5AE83" w14:textId="50D50568" w:rsidR="008B10C8" w:rsidRDefault="008B10C8" w:rsidP="00873B0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73D4B1D" wp14:editId="6829B1AB">
                  <wp:extent cx="685800" cy="914400"/>
                  <wp:effectExtent l="0" t="0" r="0" b="0"/>
                  <wp:docPr id="1831824418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1824418" name="Picture 2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</w:tcPr>
          <w:p w14:paraId="2524982E" w14:textId="6EA4FE06" w:rsidR="00520930" w:rsidRDefault="00873B0D" w:rsidP="00873B0D">
            <w:pPr>
              <w:jc w:val="center"/>
            </w:pPr>
            <w:r>
              <w:t>Geology</w:t>
            </w:r>
          </w:p>
        </w:tc>
        <w:tc>
          <w:tcPr>
            <w:tcW w:w="1656" w:type="dxa"/>
          </w:tcPr>
          <w:p w14:paraId="07EEE638" w14:textId="62E1D59E" w:rsidR="00520930" w:rsidRDefault="00873B0D" w:rsidP="00873B0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CCCECD0" wp14:editId="2CA595F2">
                  <wp:extent cx="914400" cy="914400"/>
                  <wp:effectExtent l="0" t="0" r="0" b="0"/>
                  <wp:docPr id="1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</w:tcPr>
          <w:p w14:paraId="7302AD16" w14:textId="77777777" w:rsidR="00520930" w:rsidRDefault="00520930" w:rsidP="00873B0D">
            <w:pPr>
              <w:jc w:val="center"/>
            </w:pPr>
          </w:p>
        </w:tc>
        <w:tc>
          <w:tcPr>
            <w:tcW w:w="1543" w:type="dxa"/>
          </w:tcPr>
          <w:p w14:paraId="48B70E6B" w14:textId="77777777" w:rsidR="00520930" w:rsidRDefault="00520930" w:rsidP="00873B0D">
            <w:pPr>
              <w:jc w:val="center"/>
            </w:pPr>
          </w:p>
        </w:tc>
        <w:tc>
          <w:tcPr>
            <w:tcW w:w="1543" w:type="dxa"/>
          </w:tcPr>
          <w:p w14:paraId="31B0E83A" w14:textId="77777777" w:rsidR="00520930" w:rsidRDefault="00520930" w:rsidP="00873B0D">
            <w:pPr>
              <w:jc w:val="center"/>
            </w:pPr>
          </w:p>
        </w:tc>
      </w:tr>
      <w:tr w:rsidR="00520930" w14:paraId="6DB6DD1B" w14:textId="77777777" w:rsidTr="00873B0D">
        <w:trPr>
          <w:jc w:val="center"/>
        </w:trPr>
        <w:tc>
          <w:tcPr>
            <w:tcW w:w="1543" w:type="dxa"/>
          </w:tcPr>
          <w:p w14:paraId="5AAD31D3" w14:textId="77777777" w:rsidR="00520930" w:rsidRDefault="00000000" w:rsidP="00873B0D">
            <w:pPr>
              <w:jc w:val="center"/>
            </w:pPr>
            <w:r>
              <w:t>☐</w:t>
            </w:r>
          </w:p>
        </w:tc>
        <w:tc>
          <w:tcPr>
            <w:tcW w:w="1543" w:type="dxa"/>
          </w:tcPr>
          <w:p w14:paraId="067A65F9" w14:textId="77777777" w:rsidR="00520930" w:rsidRDefault="00873B0D" w:rsidP="00873B0D">
            <w:pPr>
              <w:jc w:val="center"/>
            </w:pPr>
            <w:hyperlink r:id="rId50" w:history="1">
              <w:r w:rsidRPr="00873B0D">
                <w:rPr>
                  <w:rStyle w:val="Hyperlink"/>
                </w:rPr>
                <w:t>Let’s Camp Webelos</w:t>
              </w:r>
            </w:hyperlink>
          </w:p>
          <w:p w14:paraId="415D5A9F" w14:textId="577AD5AD" w:rsidR="008B10C8" w:rsidRDefault="008B10C8" w:rsidP="00873B0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E643194" wp14:editId="4F7626EC">
                  <wp:extent cx="685800" cy="914400"/>
                  <wp:effectExtent l="0" t="0" r="0" b="0"/>
                  <wp:docPr id="1835497619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5497619" name="Picture 2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</w:tcPr>
          <w:p w14:paraId="356A5FFA" w14:textId="55C987D0" w:rsidR="00520930" w:rsidRDefault="00873B0D" w:rsidP="00873B0D">
            <w:pPr>
              <w:jc w:val="center"/>
            </w:pPr>
            <w:r>
              <w:t>Camping</w:t>
            </w:r>
          </w:p>
        </w:tc>
        <w:tc>
          <w:tcPr>
            <w:tcW w:w="1656" w:type="dxa"/>
          </w:tcPr>
          <w:p w14:paraId="4CF0C7F8" w14:textId="44BC775A" w:rsidR="00520930" w:rsidRDefault="00873B0D" w:rsidP="00873B0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D3BA1B9" wp14:editId="43B7EA82">
                  <wp:extent cx="914400" cy="914400"/>
                  <wp:effectExtent l="0" t="0" r="0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</w:tcPr>
          <w:p w14:paraId="4C34603E" w14:textId="77777777" w:rsidR="00520930" w:rsidRDefault="00520930" w:rsidP="00873B0D">
            <w:pPr>
              <w:jc w:val="center"/>
            </w:pPr>
          </w:p>
        </w:tc>
        <w:tc>
          <w:tcPr>
            <w:tcW w:w="1543" w:type="dxa"/>
          </w:tcPr>
          <w:p w14:paraId="105CFAA0" w14:textId="77777777" w:rsidR="00520930" w:rsidRDefault="00520930" w:rsidP="00873B0D">
            <w:pPr>
              <w:jc w:val="center"/>
            </w:pPr>
          </w:p>
        </w:tc>
        <w:tc>
          <w:tcPr>
            <w:tcW w:w="1543" w:type="dxa"/>
          </w:tcPr>
          <w:p w14:paraId="5A078645" w14:textId="77777777" w:rsidR="00520930" w:rsidRDefault="00520930" w:rsidP="00873B0D">
            <w:pPr>
              <w:jc w:val="center"/>
            </w:pPr>
          </w:p>
        </w:tc>
      </w:tr>
      <w:tr w:rsidR="00520930" w14:paraId="5ACE5B1E" w14:textId="77777777" w:rsidTr="00873B0D">
        <w:trPr>
          <w:jc w:val="center"/>
        </w:trPr>
        <w:tc>
          <w:tcPr>
            <w:tcW w:w="1543" w:type="dxa"/>
          </w:tcPr>
          <w:p w14:paraId="090BA049" w14:textId="77777777" w:rsidR="00520930" w:rsidRDefault="00000000" w:rsidP="00873B0D">
            <w:pPr>
              <w:jc w:val="center"/>
            </w:pPr>
            <w:r>
              <w:t>☐</w:t>
            </w:r>
          </w:p>
        </w:tc>
        <w:tc>
          <w:tcPr>
            <w:tcW w:w="1543" w:type="dxa"/>
          </w:tcPr>
          <w:p w14:paraId="7BADAD7C" w14:textId="77777777" w:rsidR="00520930" w:rsidRDefault="00873B0D" w:rsidP="00873B0D">
            <w:pPr>
              <w:jc w:val="center"/>
            </w:pPr>
            <w:hyperlink r:id="rId53" w:history="1">
              <w:r w:rsidRPr="00873B0D">
                <w:rPr>
                  <w:rStyle w:val="Hyperlink"/>
                </w:rPr>
                <w:t>Math on the Trail</w:t>
              </w:r>
            </w:hyperlink>
          </w:p>
          <w:p w14:paraId="1E10C39F" w14:textId="2FB1358A" w:rsidR="008B10C8" w:rsidRDefault="008B10C8" w:rsidP="00873B0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C5FCDC5" wp14:editId="1F31E115">
                  <wp:extent cx="685800" cy="914400"/>
                  <wp:effectExtent l="0" t="0" r="0" b="0"/>
                  <wp:docPr id="1442924838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2924838" name="Picture 2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</w:tcPr>
          <w:p w14:paraId="042D7FF6" w14:textId="3BE91671" w:rsidR="00520930" w:rsidRDefault="00873B0D" w:rsidP="00873B0D">
            <w:pPr>
              <w:jc w:val="center"/>
            </w:pPr>
            <w:r>
              <w:t>Math</w:t>
            </w:r>
          </w:p>
        </w:tc>
        <w:tc>
          <w:tcPr>
            <w:tcW w:w="1656" w:type="dxa"/>
          </w:tcPr>
          <w:p w14:paraId="6092A1A2" w14:textId="4591C941" w:rsidR="00520930" w:rsidRDefault="00873B0D" w:rsidP="00873B0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4E2A154" wp14:editId="0553B769">
                  <wp:extent cx="914400" cy="914400"/>
                  <wp:effectExtent l="0" t="0" r="0" b="0"/>
                  <wp:docPr id="1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</w:tcPr>
          <w:p w14:paraId="744FB690" w14:textId="77777777" w:rsidR="00520930" w:rsidRDefault="00520930" w:rsidP="00873B0D">
            <w:pPr>
              <w:jc w:val="center"/>
            </w:pPr>
          </w:p>
        </w:tc>
        <w:tc>
          <w:tcPr>
            <w:tcW w:w="1543" w:type="dxa"/>
          </w:tcPr>
          <w:p w14:paraId="311BB60A" w14:textId="77777777" w:rsidR="00520930" w:rsidRDefault="00520930" w:rsidP="00873B0D">
            <w:pPr>
              <w:jc w:val="center"/>
            </w:pPr>
          </w:p>
        </w:tc>
        <w:tc>
          <w:tcPr>
            <w:tcW w:w="1543" w:type="dxa"/>
          </w:tcPr>
          <w:p w14:paraId="0F235DB3" w14:textId="77777777" w:rsidR="00520930" w:rsidRDefault="00520930" w:rsidP="00873B0D">
            <w:pPr>
              <w:jc w:val="center"/>
            </w:pPr>
          </w:p>
        </w:tc>
      </w:tr>
      <w:tr w:rsidR="00520930" w14:paraId="1FF7BF38" w14:textId="77777777" w:rsidTr="00873B0D">
        <w:trPr>
          <w:jc w:val="center"/>
        </w:trPr>
        <w:tc>
          <w:tcPr>
            <w:tcW w:w="1543" w:type="dxa"/>
          </w:tcPr>
          <w:p w14:paraId="398A657E" w14:textId="77777777" w:rsidR="00520930" w:rsidRDefault="00000000" w:rsidP="00873B0D">
            <w:pPr>
              <w:jc w:val="center"/>
            </w:pPr>
            <w:r>
              <w:t>☐</w:t>
            </w:r>
          </w:p>
        </w:tc>
        <w:tc>
          <w:tcPr>
            <w:tcW w:w="1543" w:type="dxa"/>
          </w:tcPr>
          <w:p w14:paraId="47C2A019" w14:textId="77777777" w:rsidR="00520930" w:rsidRDefault="008B10C8" w:rsidP="00873B0D">
            <w:pPr>
              <w:jc w:val="center"/>
            </w:pPr>
            <w:hyperlink r:id="rId56" w:history="1">
              <w:r w:rsidRPr="008B10C8">
                <w:rPr>
                  <w:rStyle w:val="Hyperlink"/>
                </w:rPr>
                <w:t>Mo</w:t>
              </w:r>
              <w:r w:rsidR="00873B0D" w:rsidRPr="008B10C8">
                <w:rPr>
                  <w:rStyle w:val="Hyperlink"/>
                </w:rPr>
                <w:t>dular Design</w:t>
              </w:r>
            </w:hyperlink>
          </w:p>
          <w:p w14:paraId="0D645337" w14:textId="0A61BC52" w:rsidR="008B10C8" w:rsidRDefault="008B10C8" w:rsidP="00873B0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2825BB2" wp14:editId="79F096BF">
                  <wp:extent cx="685800" cy="914400"/>
                  <wp:effectExtent l="0" t="0" r="0" b="0"/>
                  <wp:docPr id="623100840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3100840" name="Picture 2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</w:tcPr>
          <w:p w14:paraId="5CD9208C" w14:textId="32ED8B55" w:rsidR="00520930" w:rsidRDefault="00873B0D" w:rsidP="00873B0D">
            <w:pPr>
              <w:jc w:val="center"/>
            </w:pPr>
            <w:r>
              <w:t>Building</w:t>
            </w:r>
          </w:p>
        </w:tc>
        <w:tc>
          <w:tcPr>
            <w:tcW w:w="1656" w:type="dxa"/>
          </w:tcPr>
          <w:p w14:paraId="10C28436" w14:textId="44A0C314" w:rsidR="00520930" w:rsidRDefault="008B10C8" w:rsidP="00873B0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3B92F6E" wp14:editId="325D7457">
                  <wp:extent cx="914400" cy="914400"/>
                  <wp:effectExtent l="0" t="0" r="0" b="0"/>
                  <wp:docPr id="1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icture 17"/>
                          <pic:cNvPicPr>
                            <a:picLocks noChangeAspect="1"/>
                          </pic:cNvPicPr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</w:tcPr>
          <w:p w14:paraId="1156CDEF" w14:textId="77777777" w:rsidR="00520930" w:rsidRDefault="00520930" w:rsidP="00873B0D">
            <w:pPr>
              <w:jc w:val="center"/>
            </w:pPr>
          </w:p>
        </w:tc>
        <w:tc>
          <w:tcPr>
            <w:tcW w:w="1543" w:type="dxa"/>
          </w:tcPr>
          <w:p w14:paraId="4A26F3C9" w14:textId="77777777" w:rsidR="00520930" w:rsidRDefault="00520930" w:rsidP="00873B0D">
            <w:pPr>
              <w:jc w:val="center"/>
            </w:pPr>
          </w:p>
        </w:tc>
        <w:tc>
          <w:tcPr>
            <w:tcW w:w="1543" w:type="dxa"/>
          </w:tcPr>
          <w:p w14:paraId="53633511" w14:textId="77777777" w:rsidR="00520930" w:rsidRDefault="00520930" w:rsidP="00873B0D">
            <w:pPr>
              <w:jc w:val="center"/>
            </w:pPr>
          </w:p>
        </w:tc>
      </w:tr>
      <w:tr w:rsidR="00520930" w14:paraId="3C2F28EF" w14:textId="77777777" w:rsidTr="00873B0D">
        <w:trPr>
          <w:jc w:val="center"/>
        </w:trPr>
        <w:tc>
          <w:tcPr>
            <w:tcW w:w="1543" w:type="dxa"/>
          </w:tcPr>
          <w:p w14:paraId="7E6F8C59" w14:textId="77777777" w:rsidR="00520930" w:rsidRDefault="00000000" w:rsidP="00873B0D">
            <w:pPr>
              <w:jc w:val="center"/>
            </w:pPr>
            <w:r>
              <w:t>☐</w:t>
            </w:r>
          </w:p>
        </w:tc>
        <w:tc>
          <w:tcPr>
            <w:tcW w:w="1543" w:type="dxa"/>
          </w:tcPr>
          <w:p w14:paraId="71A61AAC" w14:textId="77777777" w:rsidR="00520930" w:rsidRDefault="008B10C8" w:rsidP="00873B0D">
            <w:pPr>
              <w:jc w:val="center"/>
            </w:pPr>
            <w:hyperlink r:id="rId59" w:history="1">
              <w:r w:rsidRPr="008B10C8">
                <w:rPr>
                  <w:rStyle w:val="Hyperlink"/>
                </w:rPr>
                <w:t>Paddle Onward</w:t>
              </w:r>
            </w:hyperlink>
          </w:p>
          <w:p w14:paraId="18683DB4" w14:textId="39BB81C7" w:rsidR="008B10C8" w:rsidRDefault="008B10C8" w:rsidP="00873B0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96E88FB" wp14:editId="6F34E7F1">
                  <wp:extent cx="685800" cy="914400"/>
                  <wp:effectExtent l="0" t="0" r="0" b="0"/>
                  <wp:docPr id="118120985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1209852" name="Picture 2"/>
                          <pic:cNvPicPr/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</w:tcPr>
          <w:p w14:paraId="7213D02B" w14:textId="406E1A7C" w:rsidR="00520930" w:rsidRDefault="008B10C8" w:rsidP="00873B0D">
            <w:pPr>
              <w:jc w:val="center"/>
            </w:pPr>
            <w:proofErr w:type="spellStart"/>
            <w:r>
              <w:t>Paddlecraft</w:t>
            </w:r>
            <w:proofErr w:type="spellEnd"/>
          </w:p>
        </w:tc>
        <w:tc>
          <w:tcPr>
            <w:tcW w:w="1656" w:type="dxa"/>
          </w:tcPr>
          <w:p w14:paraId="7D260125" w14:textId="3C4A85C8" w:rsidR="00520930" w:rsidRDefault="008B10C8" w:rsidP="00873B0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1FB22E6" wp14:editId="6A7691D7">
                  <wp:extent cx="914400" cy="914400"/>
                  <wp:effectExtent l="0" t="0" r="0" b="0"/>
                  <wp:docPr id="1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18"/>
                          <pic:cNvPicPr>
                            <a:picLocks noChangeAspect="1"/>
                          </pic:cNvPicPr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</w:tcPr>
          <w:p w14:paraId="3606EEA4" w14:textId="77777777" w:rsidR="00520930" w:rsidRDefault="00520930" w:rsidP="00873B0D">
            <w:pPr>
              <w:jc w:val="center"/>
            </w:pPr>
          </w:p>
        </w:tc>
        <w:tc>
          <w:tcPr>
            <w:tcW w:w="1543" w:type="dxa"/>
          </w:tcPr>
          <w:p w14:paraId="42FDC958" w14:textId="77777777" w:rsidR="00520930" w:rsidRDefault="00520930" w:rsidP="00873B0D">
            <w:pPr>
              <w:jc w:val="center"/>
            </w:pPr>
          </w:p>
        </w:tc>
        <w:tc>
          <w:tcPr>
            <w:tcW w:w="1543" w:type="dxa"/>
          </w:tcPr>
          <w:p w14:paraId="1D21FE8D" w14:textId="77777777" w:rsidR="00520930" w:rsidRDefault="00520930" w:rsidP="00873B0D">
            <w:pPr>
              <w:jc w:val="center"/>
            </w:pPr>
          </w:p>
        </w:tc>
      </w:tr>
      <w:tr w:rsidR="00520930" w14:paraId="58C5677E" w14:textId="77777777" w:rsidTr="00873B0D">
        <w:trPr>
          <w:jc w:val="center"/>
        </w:trPr>
        <w:tc>
          <w:tcPr>
            <w:tcW w:w="1543" w:type="dxa"/>
          </w:tcPr>
          <w:p w14:paraId="78423E20" w14:textId="77777777" w:rsidR="00520930" w:rsidRDefault="00000000" w:rsidP="00873B0D">
            <w:pPr>
              <w:jc w:val="center"/>
            </w:pPr>
            <w:r>
              <w:t>☐</w:t>
            </w:r>
          </w:p>
        </w:tc>
        <w:tc>
          <w:tcPr>
            <w:tcW w:w="1543" w:type="dxa"/>
          </w:tcPr>
          <w:p w14:paraId="0CD4AF4C" w14:textId="77777777" w:rsidR="00520930" w:rsidRDefault="008B10C8" w:rsidP="00873B0D">
            <w:pPr>
              <w:jc w:val="center"/>
            </w:pPr>
            <w:hyperlink r:id="rId62" w:history="1">
              <w:r w:rsidRPr="008B10C8">
                <w:rPr>
                  <w:rStyle w:val="Hyperlink"/>
                </w:rPr>
                <w:t>Pedal Away</w:t>
              </w:r>
            </w:hyperlink>
          </w:p>
          <w:p w14:paraId="205641A5" w14:textId="12BFA572" w:rsidR="008B10C8" w:rsidRDefault="008B10C8" w:rsidP="00873B0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D3ACCB2" wp14:editId="7D7AD068">
                  <wp:extent cx="685800" cy="914400"/>
                  <wp:effectExtent l="0" t="0" r="0" b="0"/>
                  <wp:docPr id="1750315759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0315759" name="Picture 2"/>
                          <pic:cNvPicPr/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</w:tcPr>
          <w:p w14:paraId="28211FB3" w14:textId="1E86A6BB" w:rsidR="00520930" w:rsidRDefault="008B10C8" w:rsidP="00873B0D">
            <w:pPr>
              <w:jc w:val="center"/>
            </w:pPr>
            <w:r>
              <w:t>Cycling</w:t>
            </w:r>
          </w:p>
        </w:tc>
        <w:tc>
          <w:tcPr>
            <w:tcW w:w="1656" w:type="dxa"/>
          </w:tcPr>
          <w:p w14:paraId="19C9D7D1" w14:textId="10D4F4E0" w:rsidR="00520930" w:rsidRDefault="008B10C8" w:rsidP="00873B0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4C2DF8F" wp14:editId="530754E7">
                  <wp:extent cx="914400" cy="914400"/>
                  <wp:effectExtent l="0" t="0" r="0" b="0"/>
                  <wp:docPr id="1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Picture 19"/>
                          <pic:cNvPicPr>
                            <a:picLocks noChangeAspect="1"/>
                          </pic:cNvPicPr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</w:tcPr>
          <w:p w14:paraId="6F6932D5" w14:textId="77777777" w:rsidR="00520930" w:rsidRDefault="00520930" w:rsidP="00873B0D">
            <w:pPr>
              <w:jc w:val="center"/>
            </w:pPr>
          </w:p>
        </w:tc>
        <w:tc>
          <w:tcPr>
            <w:tcW w:w="1543" w:type="dxa"/>
          </w:tcPr>
          <w:p w14:paraId="31D00147" w14:textId="77777777" w:rsidR="00520930" w:rsidRDefault="00520930" w:rsidP="00873B0D">
            <w:pPr>
              <w:jc w:val="center"/>
            </w:pPr>
          </w:p>
        </w:tc>
        <w:tc>
          <w:tcPr>
            <w:tcW w:w="1543" w:type="dxa"/>
          </w:tcPr>
          <w:p w14:paraId="13CDC9DA" w14:textId="77777777" w:rsidR="00520930" w:rsidRDefault="00520930" w:rsidP="00873B0D">
            <w:pPr>
              <w:jc w:val="center"/>
            </w:pPr>
          </w:p>
        </w:tc>
      </w:tr>
      <w:tr w:rsidR="00520930" w14:paraId="2A3632A8" w14:textId="77777777" w:rsidTr="00873B0D">
        <w:trPr>
          <w:jc w:val="center"/>
        </w:trPr>
        <w:tc>
          <w:tcPr>
            <w:tcW w:w="1543" w:type="dxa"/>
          </w:tcPr>
          <w:p w14:paraId="28202890" w14:textId="77777777" w:rsidR="00520930" w:rsidRDefault="00000000" w:rsidP="00873B0D">
            <w:pPr>
              <w:jc w:val="center"/>
            </w:pPr>
            <w:r>
              <w:t>☐</w:t>
            </w:r>
          </w:p>
        </w:tc>
        <w:tc>
          <w:tcPr>
            <w:tcW w:w="1543" w:type="dxa"/>
          </w:tcPr>
          <w:p w14:paraId="626E5B12" w14:textId="77777777" w:rsidR="00520930" w:rsidRDefault="008B10C8" w:rsidP="00873B0D">
            <w:pPr>
              <w:jc w:val="center"/>
            </w:pPr>
            <w:hyperlink r:id="rId65" w:history="1">
              <w:r w:rsidRPr="008B10C8">
                <w:rPr>
                  <w:rStyle w:val="Hyperlink"/>
                </w:rPr>
                <w:t>Race Time Webelos</w:t>
              </w:r>
            </w:hyperlink>
          </w:p>
          <w:p w14:paraId="74C0E357" w14:textId="4CF5758A" w:rsidR="008B10C8" w:rsidRDefault="008B10C8" w:rsidP="00873B0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FAB0A8B" wp14:editId="13FDA2E1">
                  <wp:extent cx="685800" cy="914400"/>
                  <wp:effectExtent l="0" t="0" r="0" b="0"/>
                  <wp:docPr id="1113111677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3111677" name="Picture 2"/>
                          <pic:cNvPicPr/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</w:tcPr>
          <w:p w14:paraId="26DE884D" w14:textId="1024B977" w:rsidR="00520930" w:rsidRDefault="008B10C8" w:rsidP="00873B0D">
            <w:pPr>
              <w:jc w:val="center"/>
            </w:pPr>
            <w:r>
              <w:t xml:space="preserve">Pinewood Derby &amp; </w:t>
            </w:r>
            <w:proofErr w:type="spellStart"/>
            <w:r>
              <w:t>Raingutter</w:t>
            </w:r>
            <w:proofErr w:type="spellEnd"/>
            <w:r>
              <w:t xml:space="preserve"> Regatta</w:t>
            </w:r>
          </w:p>
        </w:tc>
        <w:tc>
          <w:tcPr>
            <w:tcW w:w="1656" w:type="dxa"/>
          </w:tcPr>
          <w:p w14:paraId="421FCA03" w14:textId="46832912" w:rsidR="00520930" w:rsidRDefault="008B10C8" w:rsidP="00873B0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0CB841D" wp14:editId="0A980795">
                  <wp:extent cx="914400" cy="914400"/>
                  <wp:effectExtent l="0" t="0" r="0" b="0"/>
                  <wp:docPr id="2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</w:tcPr>
          <w:p w14:paraId="5895BF56" w14:textId="77777777" w:rsidR="00520930" w:rsidRDefault="00520930" w:rsidP="00873B0D">
            <w:pPr>
              <w:jc w:val="center"/>
            </w:pPr>
          </w:p>
        </w:tc>
        <w:tc>
          <w:tcPr>
            <w:tcW w:w="1543" w:type="dxa"/>
          </w:tcPr>
          <w:p w14:paraId="03DA35D0" w14:textId="77777777" w:rsidR="00520930" w:rsidRDefault="00520930" w:rsidP="00873B0D">
            <w:pPr>
              <w:jc w:val="center"/>
            </w:pPr>
          </w:p>
        </w:tc>
        <w:tc>
          <w:tcPr>
            <w:tcW w:w="1543" w:type="dxa"/>
          </w:tcPr>
          <w:p w14:paraId="654F31CB" w14:textId="77777777" w:rsidR="00520930" w:rsidRDefault="00520930" w:rsidP="00873B0D">
            <w:pPr>
              <w:jc w:val="center"/>
            </w:pPr>
          </w:p>
        </w:tc>
      </w:tr>
      <w:tr w:rsidR="00520930" w14:paraId="3D977923" w14:textId="77777777" w:rsidTr="00873B0D">
        <w:trPr>
          <w:jc w:val="center"/>
        </w:trPr>
        <w:tc>
          <w:tcPr>
            <w:tcW w:w="1543" w:type="dxa"/>
          </w:tcPr>
          <w:p w14:paraId="7C421ECF" w14:textId="77777777" w:rsidR="00520930" w:rsidRDefault="00000000" w:rsidP="00873B0D">
            <w:pPr>
              <w:jc w:val="center"/>
            </w:pPr>
            <w:r>
              <w:lastRenderedPageBreak/>
              <w:t>☐</w:t>
            </w:r>
          </w:p>
        </w:tc>
        <w:tc>
          <w:tcPr>
            <w:tcW w:w="1543" w:type="dxa"/>
          </w:tcPr>
          <w:p w14:paraId="48CC23E5" w14:textId="2F231C60" w:rsidR="00520930" w:rsidRDefault="002026D2" w:rsidP="00873B0D">
            <w:pPr>
              <w:jc w:val="center"/>
            </w:pPr>
            <w:hyperlink r:id="rId68" w:history="1">
              <w:hyperlink r:id="rId69" w:history="1">
                <w:r w:rsidR="008B10C8" w:rsidRPr="002026D2">
                  <w:rPr>
                    <w:rStyle w:val="Hyperlink"/>
                  </w:rPr>
                  <w:t>Summertime Fun Webelos</w:t>
                </w:r>
              </w:hyperlink>
            </w:hyperlink>
          </w:p>
          <w:p w14:paraId="0FA4EBDB" w14:textId="5D749A0E" w:rsidR="008B10C8" w:rsidRDefault="008B10C8" w:rsidP="00873B0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D47054B" wp14:editId="322D02A6">
                  <wp:extent cx="685800" cy="914400"/>
                  <wp:effectExtent l="0" t="0" r="0" b="0"/>
                  <wp:docPr id="508041883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8041883" name="Picture 2"/>
                          <pic:cNvPicPr/>
                        </pic:nvPicPr>
                        <pic:blipFill>
                          <a:blip r:embed="rId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</w:tcPr>
          <w:p w14:paraId="44F8DF64" w14:textId="63DDD844" w:rsidR="00520930" w:rsidRDefault="008B10C8" w:rsidP="00873B0D">
            <w:pPr>
              <w:jc w:val="center"/>
            </w:pPr>
            <w:r>
              <w:t>Summertime Fun</w:t>
            </w:r>
          </w:p>
        </w:tc>
        <w:tc>
          <w:tcPr>
            <w:tcW w:w="1656" w:type="dxa"/>
          </w:tcPr>
          <w:p w14:paraId="1A9EC6F6" w14:textId="364CCB8F" w:rsidR="00520930" w:rsidRDefault="008B10C8" w:rsidP="00873B0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877A8ED" wp14:editId="7D1A1657">
                  <wp:extent cx="914400" cy="914400"/>
                  <wp:effectExtent l="0" t="0" r="0" b="0"/>
                  <wp:docPr id="189495915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4959150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</w:tcPr>
          <w:p w14:paraId="584397B8" w14:textId="77777777" w:rsidR="00520930" w:rsidRDefault="00520930" w:rsidP="00873B0D">
            <w:pPr>
              <w:jc w:val="center"/>
            </w:pPr>
          </w:p>
        </w:tc>
        <w:tc>
          <w:tcPr>
            <w:tcW w:w="1543" w:type="dxa"/>
          </w:tcPr>
          <w:p w14:paraId="34204B35" w14:textId="77777777" w:rsidR="00520930" w:rsidRDefault="00520930" w:rsidP="00873B0D">
            <w:pPr>
              <w:jc w:val="center"/>
            </w:pPr>
          </w:p>
        </w:tc>
        <w:tc>
          <w:tcPr>
            <w:tcW w:w="1543" w:type="dxa"/>
          </w:tcPr>
          <w:p w14:paraId="55F1F02B" w14:textId="77777777" w:rsidR="00520930" w:rsidRDefault="00520930" w:rsidP="00873B0D">
            <w:pPr>
              <w:jc w:val="center"/>
            </w:pPr>
          </w:p>
        </w:tc>
      </w:tr>
      <w:tr w:rsidR="008B10C8" w14:paraId="7015D6C5" w14:textId="77777777" w:rsidTr="00873B0D">
        <w:trPr>
          <w:jc w:val="center"/>
        </w:trPr>
        <w:tc>
          <w:tcPr>
            <w:tcW w:w="1543" w:type="dxa"/>
          </w:tcPr>
          <w:p w14:paraId="0A7B2F01" w14:textId="77777777" w:rsidR="008B10C8" w:rsidRDefault="008B10C8" w:rsidP="00873B0D">
            <w:pPr>
              <w:jc w:val="center"/>
            </w:pPr>
          </w:p>
        </w:tc>
        <w:tc>
          <w:tcPr>
            <w:tcW w:w="1543" w:type="dxa"/>
          </w:tcPr>
          <w:p w14:paraId="2821B1B8" w14:textId="0669BA62" w:rsidR="008B10C8" w:rsidRDefault="008B10C8" w:rsidP="00873B0D">
            <w:pPr>
              <w:jc w:val="center"/>
            </w:pPr>
            <w:hyperlink r:id="rId72" w:history="1">
              <w:r w:rsidRPr="008B10C8">
                <w:rPr>
                  <w:rStyle w:val="Hyperlink"/>
                </w:rPr>
                <w:t>Tech on the Trail</w:t>
              </w:r>
            </w:hyperlink>
          </w:p>
          <w:p w14:paraId="32C6EBA4" w14:textId="201F0563" w:rsidR="008B10C8" w:rsidRDefault="008B10C8" w:rsidP="00873B0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11E5B90" wp14:editId="64AB90C8">
                  <wp:extent cx="685800" cy="914400"/>
                  <wp:effectExtent l="0" t="0" r="0" b="0"/>
                  <wp:docPr id="1410570027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0570027" name="Picture 1410570027"/>
                          <pic:cNvPicPr/>
                        </pic:nvPicPr>
                        <pic:blipFill>
                          <a:blip r:embed="rId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</w:tcPr>
          <w:p w14:paraId="144AC7D9" w14:textId="2FF0EF0A" w:rsidR="008B10C8" w:rsidRDefault="008B10C8" w:rsidP="00873B0D">
            <w:pPr>
              <w:jc w:val="center"/>
            </w:pPr>
            <w:r>
              <w:t>Technology</w:t>
            </w:r>
          </w:p>
        </w:tc>
        <w:tc>
          <w:tcPr>
            <w:tcW w:w="1656" w:type="dxa"/>
          </w:tcPr>
          <w:p w14:paraId="13E19E6F" w14:textId="40A1226C" w:rsidR="008B10C8" w:rsidRDefault="008B10C8" w:rsidP="00873B0D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0B2501F" wp14:editId="53B8624B">
                  <wp:extent cx="914400" cy="914400"/>
                  <wp:effectExtent l="0" t="0" r="0" b="0"/>
                  <wp:docPr id="2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Picture 22"/>
                          <pic:cNvPicPr>
                            <a:picLocks noChangeAspect="1"/>
                          </pic:cNvPicPr>
                        </pic:nvPicPr>
                        <pic:blipFill>
                          <a:blip r:embed="rId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</w:tcPr>
          <w:p w14:paraId="5187D08E" w14:textId="77777777" w:rsidR="008B10C8" w:rsidRDefault="008B10C8" w:rsidP="00873B0D">
            <w:pPr>
              <w:jc w:val="center"/>
            </w:pPr>
          </w:p>
        </w:tc>
        <w:tc>
          <w:tcPr>
            <w:tcW w:w="1543" w:type="dxa"/>
          </w:tcPr>
          <w:p w14:paraId="6258B552" w14:textId="77777777" w:rsidR="008B10C8" w:rsidRDefault="008B10C8" w:rsidP="00873B0D">
            <w:pPr>
              <w:jc w:val="center"/>
            </w:pPr>
          </w:p>
        </w:tc>
        <w:tc>
          <w:tcPr>
            <w:tcW w:w="1543" w:type="dxa"/>
          </w:tcPr>
          <w:p w14:paraId="0030ED8C" w14:textId="77777777" w:rsidR="008B10C8" w:rsidRDefault="008B10C8" w:rsidP="00873B0D">
            <w:pPr>
              <w:jc w:val="center"/>
            </w:pPr>
          </w:p>
        </w:tc>
      </w:tr>
      <w:tr w:rsidR="00520930" w14:paraId="4E0DABB7" w14:textId="77777777" w:rsidTr="00873B0D">
        <w:trPr>
          <w:jc w:val="center"/>
        </w:trPr>
        <w:tc>
          <w:tcPr>
            <w:tcW w:w="1543" w:type="dxa"/>
          </w:tcPr>
          <w:p w14:paraId="770F138C" w14:textId="77777777" w:rsidR="00520930" w:rsidRDefault="00000000" w:rsidP="00873B0D">
            <w:pPr>
              <w:jc w:val="center"/>
            </w:pPr>
            <w:r>
              <w:t>☐</w:t>
            </w:r>
          </w:p>
        </w:tc>
        <w:tc>
          <w:tcPr>
            <w:tcW w:w="1543" w:type="dxa"/>
          </w:tcPr>
          <w:p w14:paraId="750F572D" w14:textId="77777777" w:rsidR="00520930" w:rsidRDefault="008B10C8" w:rsidP="00873B0D">
            <w:pPr>
              <w:jc w:val="center"/>
            </w:pPr>
            <w:hyperlink r:id="rId75" w:history="1">
              <w:r w:rsidRPr="008B10C8">
                <w:rPr>
                  <w:rStyle w:val="Hyperlink"/>
                </w:rPr>
                <w:t>Yo-Yo</w:t>
              </w:r>
            </w:hyperlink>
          </w:p>
          <w:p w14:paraId="186DC7EA" w14:textId="6A5A0740" w:rsidR="008B10C8" w:rsidRDefault="008B10C8" w:rsidP="00873B0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AD51AD0" wp14:editId="4EFECD3C">
                  <wp:extent cx="685800" cy="914400"/>
                  <wp:effectExtent l="0" t="0" r="0" b="0"/>
                  <wp:docPr id="1448557707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8557707" name="Picture 2"/>
                          <pic:cNvPicPr/>
                        </pic:nvPicPr>
                        <pic:blipFill>
                          <a:blip r:embed="rId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</w:tcPr>
          <w:p w14:paraId="469B1EC5" w14:textId="73BAF4E2" w:rsidR="00520930" w:rsidRDefault="008B10C8" w:rsidP="00873B0D">
            <w:pPr>
              <w:jc w:val="center"/>
            </w:pPr>
            <w:r>
              <w:t>Yo-yos</w:t>
            </w:r>
          </w:p>
        </w:tc>
        <w:tc>
          <w:tcPr>
            <w:tcW w:w="1656" w:type="dxa"/>
          </w:tcPr>
          <w:p w14:paraId="47F83F56" w14:textId="39B09BEE" w:rsidR="00520930" w:rsidRDefault="008B10C8" w:rsidP="00873B0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75ADDB7" wp14:editId="03F890AC">
                  <wp:extent cx="914400" cy="914400"/>
                  <wp:effectExtent l="0" t="0" r="0" b="0"/>
                  <wp:docPr id="2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Picture 23"/>
                          <pic:cNvPicPr>
                            <a:picLocks noChangeAspect="1"/>
                          </pic:cNvPicPr>
                        </pic:nvPicPr>
                        <pic:blipFill>
                          <a:blip r:embed="rId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</w:tcPr>
          <w:p w14:paraId="19A2A2EE" w14:textId="77777777" w:rsidR="00520930" w:rsidRDefault="00520930" w:rsidP="00873B0D">
            <w:pPr>
              <w:jc w:val="center"/>
            </w:pPr>
          </w:p>
        </w:tc>
        <w:tc>
          <w:tcPr>
            <w:tcW w:w="1543" w:type="dxa"/>
          </w:tcPr>
          <w:p w14:paraId="0F515264" w14:textId="77777777" w:rsidR="00520930" w:rsidRDefault="00520930" w:rsidP="00873B0D">
            <w:pPr>
              <w:jc w:val="center"/>
            </w:pPr>
          </w:p>
        </w:tc>
        <w:tc>
          <w:tcPr>
            <w:tcW w:w="1543" w:type="dxa"/>
          </w:tcPr>
          <w:p w14:paraId="3DD27635" w14:textId="358D4AA3" w:rsidR="00520930" w:rsidRDefault="00520930" w:rsidP="00873B0D">
            <w:pPr>
              <w:jc w:val="center"/>
            </w:pPr>
          </w:p>
        </w:tc>
      </w:tr>
    </w:tbl>
    <w:p w14:paraId="237977CD" w14:textId="77777777" w:rsidR="00520930" w:rsidRDefault="00520930"/>
    <w:sectPr w:rsidR="00520930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80603628">
    <w:abstractNumId w:val="8"/>
  </w:num>
  <w:num w:numId="2" w16cid:durableId="981541394">
    <w:abstractNumId w:val="6"/>
  </w:num>
  <w:num w:numId="3" w16cid:durableId="240598947">
    <w:abstractNumId w:val="5"/>
  </w:num>
  <w:num w:numId="4" w16cid:durableId="1240604751">
    <w:abstractNumId w:val="4"/>
  </w:num>
  <w:num w:numId="5" w16cid:durableId="884103312">
    <w:abstractNumId w:val="7"/>
  </w:num>
  <w:num w:numId="6" w16cid:durableId="1193032429">
    <w:abstractNumId w:val="3"/>
  </w:num>
  <w:num w:numId="7" w16cid:durableId="2101292448">
    <w:abstractNumId w:val="2"/>
  </w:num>
  <w:num w:numId="8" w16cid:durableId="1738355338">
    <w:abstractNumId w:val="1"/>
  </w:num>
  <w:num w:numId="9" w16cid:durableId="15844128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3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026D2"/>
    <w:rsid w:val="0029639D"/>
    <w:rsid w:val="00326F90"/>
    <w:rsid w:val="0036584C"/>
    <w:rsid w:val="004D03AD"/>
    <w:rsid w:val="00520930"/>
    <w:rsid w:val="006A1E1A"/>
    <w:rsid w:val="007E291E"/>
    <w:rsid w:val="00873B0D"/>
    <w:rsid w:val="008B10C8"/>
    <w:rsid w:val="00AA1D8D"/>
    <w:rsid w:val="00B47730"/>
    <w:rsid w:val="00CB0664"/>
    <w:rsid w:val="00FC693F"/>
    <w:rsid w:val="00FF4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9D90563"/>
  <w14:defaultImageDpi w14:val="300"/>
  <w15:docId w15:val="{CCA7D67A-64AA-4675-B09A-184708842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4D03A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D03A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B10C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scouting.org/cub-scout-adventures/aquanaut/" TargetMode="External"/><Relationship Id="rId21" Type="http://schemas.openxmlformats.org/officeDocument/2006/relationships/image" Target="media/image10.jpg"/><Relationship Id="rId42" Type="http://schemas.openxmlformats.org/officeDocument/2006/relationships/image" Target="media/image24.jpg"/><Relationship Id="rId47" Type="http://schemas.openxmlformats.org/officeDocument/2006/relationships/hyperlink" Target="https://www.scouting.org/cub-scout-adventures/earth-rocks/" TargetMode="External"/><Relationship Id="rId63" Type="http://schemas.openxmlformats.org/officeDocument/2006/relationships/image" Target="media/image38.jpg"/><Relationship Id="rId68" Type="http://schemas.openxmlformats.org/officeDocument/2006/relationships/hyperlink" Target="https://www.scouting.org/cub-scout-adventures/summertime-fun-webelos/" TargetMode="External"/><Relationship Id="rId16" Type="http://schemas.openxmlformats.org/officeDocument/2006/relationships/image" Target="media/image7.png"/><Relationship Id="rId11" Type="http://schemas.openxmlformats.org/officeDocument/2006/relationships/hyperlink" Target="https://www.scouting.org/cub-scout-adventures/my-safety/" TargetMode="External"/><Relationship Id="rId32" Type="http://schemas.openxmlformats.org/officeDocument/2006/relationships/hyperlink" Target="https://www.scouting.org/cub-scout-adventures/aware-and-care/" TargetMode="External"/><Relationship Id="rId37" Type="http://schemas.openxmlformats.org/officeDocument/2006/relationships/image" Target="media/image21.png"/><Relationship Id="rId53" Type="http://schemas.openxmlformats.org/officeDocument/2006/relationships/hyperlink" Target="https://www.scouting.org/cub-scout-adventures/math-on-the-trail/" TargetMode="External"/><Relationship Id="rId58" Type="http://schemas.openxmlformats.org/officeDocument/2006/relationships/image" Target="media/image35.png"/><Relationship Id="rId74" Type="http://schemas.openxmlformats.org/officeDocument/2006/relationships/image" Target="media/image45.png"/><Relationship Id="rId79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image" Target="media/image37.png"/><Relationship Id="rId82" Type="http://schemas.openxmlformats.org/officeDocument/2006/relationships/customXml" Target="../customXml/item4.xml"/><Relationship Id="rId19" Type="http://schemas.openxmlformats.org/officeDocument/2006/relationships/image" Target="media/image9.png"/><Relationship Id="rId14" Type="http://schemas.openxmlformats.org/officeDocument/2006/relationships/hyperlink" Target="https://www.scouting.org/cub-scout-adventures/my-family/" TargetMode="External"/><Relationship Id="rId22" Type="http://schemas.openxmlformats.org/officeDocument/2006/relationships/image" Target="media/image11.png"/><Relationship Id="rId27" Type="http://schemas.openxmlformats.org/officeDocument/2006/relationships/image" Target="media/image14.jpg"/><Relationship Id="rId30" Type="http://schemas.openxmlformats.org/officeDocument/2006/relationships/image" Target="media/image16.jpg"/><Relationship Id="rId35" Type="http://schemas.openxmlformats.org/officeDocument/2006/relationships/hyperlink" Target="https://www.scouting.org/cub-scout-adventures/build-it/" TargetMode="External"/><Relationship Id="rId43" Type="http://schemas.openxmlformats.org/officeDocument/2006/relationships/image" Target="media/image25.png"/><Relationship Id="rId48" Type="http://schemas.openxmlformats.org/officeDocument/2006/relationships/image" Target="media/image28.jpg"/><Relationship Id="rId56" Type="http://schemas.openxmlformats.org/officeDocument/2006/relationships/hyperlink" Target="https://www.scouting.org/cub-scout-adventures/modular-design/" TargetMode="External"/><Relationship Id="rId64" Type="http://schemas.openxmlformats.org/officeDocument/2006/relationships/image" Target="media/image39.png"/><Relationship Id="rId69" Type="http://schemas.openxmlformats.org/officeDocument/2006/relationships/hyperlink" Target="https://www.scouting.org/cub-scout-adventures/race-time-webelos/" TargetMode="External"/><Relationship Id="rId77" Type="http://schemas.openxmlformats.org/officeDocument/2006/relationships/image" Target="media/image47.png"/><Relationship Id="rId8" Type="http://schemas.openxmlformats.org/officeDocument/2006/relationships/image" Target="media/image2.jpg"/><Relationship Id="rId51" Type="http://schemas.openxmlformats.org/officeDocument/2006/relationships/image" Target="media/image30.jpg"/><Relationship Id="rId72" Type="http://schemas.openxmlformats.org/officeDocument/2006/relationships/hyperlink" Target="https://www.scouting.org/cub-scout-adventures/tech-on-the-trail/" TargetMode="External"/><Relationship Id="rId80" Type="http://schemas.openxmlformats.org/officeDocument/2006/relationships/customXml" Target="../customXml/item2.xml"/><Relationship Id="rId3" Type="http://schemas.openxmlformats.org/officeDocument/2006/relationships/styles" Target="styles.xml"/><Relationship Id="rId12" Type="http://schemas.openxmlformats.org/officeDocument/2006/relationships/image" Target="media/image4.jpg"/><Relationship Id="rId17" Type="http://schemas.openxmlformats.org/officeDocument/2006/relationships/hyperlink" Target="https://www.scouting.org/cub-scout-adventures/stronger-faster-higher/" TargetMode="External"/><Relationship Id="rId25" Type="http://schemas.openxmlformats.org/officeDocument/2006/relationships/image" Target="media/image13.png"/><Relationship Id="rId33" Type="http://schemas.openxmlformats.org/officeDocument/2006/relationships/image" Target="media/image18.jpg"/><Relationship Id="rId38" Type="http://schemas.openxmlformats.org/officeDocument/2006/relationships/hyperlink" Target="https://www.scouting.org/cub-scout-adventures/catch-the-big-one/" TargetMode="External"/><Relationship Id="rId46" Type="http://schemas.openxmlformats.org/officeDocument/2006/relationships/image" Target="media/image27.png"/><Relationship Id="rId59" Type="http://schemas.openxmlformats.org/officeDocument/2006/relationships/hyperlink" Target="https://www.scouting.org/cub-scout-adventures/paddle-onward/" TargetMode="External"/><Relationship Id="rId67" Type="http://schemas.openxmlformats.org/officeDocument/2006/relationships/image" Target="media/image41.png"/><Relationship Id="rId20" Type="http://schemas.openxmlformats.org/officeDocument/2006/relationships/hyperlink" Target="https://www.scouting.org/cub-scout-adventures/my-community/" TargetMode="External"/><Relationship Id="rId41" Type="http://schemas.openxmlformats.org/officeDocument/2006/relationships/hyperlink" Target="https://www.scouting.org/cub-scout-adventures/champions-for-nature-webelos/" TargetMode="External"/><Relationship Id="rId54" Type="http://schemas.openxmlformats.org/officeDocument/2006/relationships/image" Target="media/image32.jpg"/><Relationship Id="rId62" Type="http://schemas.openxmlformats.org/officeDocument/2006/relationships/hyperlink" Target="https://www.scouting.org/cub-scout-adventures/pedal-away/" TargetMode="External"/><Relationship Id="rId70" Type="http://schemas.openxmlformats.org/officeDocument/2006/relationships/image" Target="media/image42.jpg"/><Relationship Id="rId75" Type="http://schemas.openxmlformats.org/officeDocument/2006/relationships/hyperlink" Target="https://www.scouting.org/cub-scout-adventures/yo-yo/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5" Type="http://schemas.openxmlformats.org/officeDocument/2006/relationships/image" Target="media/image6.jpg"/><Relationship Id="rId23" Type="http://schemas.openxmlformats.org/officeDocument/2006/relationships/hyperlink" Target="https://www.scouting.org/cub-scout-adventures/webelos-walkabout/" TargetMode="External"/><Relationship Id="rId28" Type="http://schemas.openxmlformats.org/officeDocument/2006/relationships/image" Target="media/image15.png"/><Relationship Id="rId36" Type="http://schemas.openxmlformats.org/officeDocument/2006/relationships/image" Target="media/image20.jpg"/><Relationship Id="rId49" Type="http://schemas.openxmlformats.org/officeDocument/2006/relationships/image" Target="media/image29.png"/><Relationship Id="rId57" Type="http://schemas.openxmlformats.org/officeDocument/2006/relationships/image" Target="media/image34.jpg"/><Relationship Id="rId10" Type="http://schemas.openxmlformats.org/officeDocument/2006/relationships/hyperlink" Target="https://www.scouting.org/cub-scout-adventures/my-safety/" TargetMode="External"/><Relationship Id="rId31" Type="http://schemas.openxmlformats.org/officeDocument/2006/relationships/image" Target="media/image17.png"/><Relationship Id="rId44" Type="http://schemas.openxmlformats.org/officeDocument/2006/relationships/hyperlink" Target="https://www.scouting.org/cub-scout-adventures/chefs-knife/" TargetMode="External"/><Relationship Id="rId52" Type="http://schemas.openxmlformats.org/officeDocument/2006/relationships/image" Target="media/image31.png"/><Relationship Id="rId60" Type="http://schemas.openxmlformats.org/officeDocument/2006/relationships/image" Target="media/image36.jpg"/><Relationship Id="rId65" Type="http://schemas.openxmlformats.org/officeDocument/2006/relationships/hyperlink" Target="https://www.scouting.org/cub-scout-adventures/race-time-webelos/" TargetMode="External"/><Relationship Id="rId73" Type="http://schemas.openxmlformats.org/officeDocument/2006/relationships/image" Target="media/image44.jpg"/><Relationship Id="rId78" Type="http://schemas.openxmlformats.org/officeDocument/2006/relationships/fontTable" Target="fontTable.xml"/><Relationship Id="rId81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3" Type="http://schemas.openxmlformats.org/officeDocument/2006/relationships/image" Target="media/image5.png"/><Relationship Id="rId18" Type="http://schemas.openxmlformats.org/officeDocument/2006/relationships/image" Target="media/image8.jpg"/><Relationship Id="rId39" Type="http://schemas.openxmlformats.org/officeDocument/2006/relationships/image" Target="media/image22.jpg"/><Relationship Id="rId34" Type="http://schemas.openxmlformats.org/officeDocument/2006/relationships/image" Target="media/image19.png"/><Relationship Id="rId50" Type="http://schemas.openxmlformats.org/officeDocument/2006/relationships/hyperlink" Target="https://www.scouting.org/cub-scout-adventures/lets-camp-webelos/" TargetMode="External"/><Relationship Id="rId55" Type="http://schemas.openxmlformats.org/officeDocument/2006/relationships/image" Target="media/image33.png"/><Relationship Id="rId76" Type="http://schemas.openxmlformats.org/officeDocument/2006/relationships/image" Target="media/image46.jpg"/><Relationship Id="rId7" Type="http://schemas.openxmlformats.org/officeDocument/2006/relationships/hyperlink" Target="https://www.scouting.org/cub-scout-adventures/bobcat-webelos/" TargetMode="External"/><Relationship Id="rId71" Type="http://schemas.openxmlformats.org/officeDocument/2006/relationships/image" Target="media/image43.png"/><Relationship Id="rId2" Type="http://schemas.openxmlformats.org/officeDocument/2006/relationships/numbering" Target="numbering.xml"/><Relationship Id="rId29" Type="http://schemas.openxmlformats.org/officeDocument/2006/relationships/hyperlink" Target="https://www.scouting.org/cub-scout-adventures/art-explosion/" TargetMode="External"/><Relationship Id="rId24" Type="http://schemas.openxmlformats.org/officeDocument/2006/relationships/image" Target="media/image12.jpg"/><Relationship Id="rId40" Type="http://schemas.openxmlformats.org/officeDocument/2006/relationships/image" Target="media/image23.png"/><Relationship Id="rId45" Type="http://schemas.openxmlformats.org/officeDocument/2006/relationships/image" Target="media/image26.jpg"/><Relationship Id="rId66" Type="http://schemas.openxmlformats.org/officeDocument/2006/relationships/image" Target="media/image40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C1F113EA4E67438692FB81A3AE9CF6" ma:contentTypeVersion="18" ma:contentTypeDescription="Create a new document." ma:contentTypeScope="" ma:versionID="c0b1719c7ed977f4e4bc91a94d71d853">
  <xsd:schema xmlns:xsd="http://www.w3.org/2001/XMLSchema" xmlns:xs="http://www.w3.org/2001/XMLSchema" xmlns:p="http://schemas.microsoft.com/office/2006/metadata/properties" xmlns:ns2="911a49ca-6d21-4797-91b3-6e1dbd71a96c" xmlns:ns3="13430d64-c460-483e-9ebb-4c56e90d3c06" targetNamespace="http://schemas.microsoft.com/office/2006/metadata/properties" ma:root="true" ma:fieldsID="ba4a05ae4429b03679286755d38a499a" ns2:_="" ns3:_="">
    <xsd:import namespace="911a49ca-6d21-4797-91b3-6e1dbd71a96c"/>
    <xsd:import namespace="13430d64-c460-483e-9ebb-4c56e90d3c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LengthInSeconds" minOccurs="0"/>
                <xsd:element ref="ns2:Are_x0020_you_x0020_a_x0020_manager_x003f_"/>
                <xsd:element ref="ns2:Enter_x0020_your_x0020_manager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1a49ca-6d21-4797-91b3-6e1dbd71a9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879308d4-bde5-4dca-adcb-0162404f86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Are_x0020_you_x0020_a_x0020_manager_x003f_" ma:index="23" ma:displayName="Are you a manager?" ma:internalName="Are_x0020_you_x0020_a_x0020_manager_x003f_">
      <xsd:simpleType>
        <xsd:restriction base="dms:Choice">
          <xsd:enumeration value="Yes"/>
          <xsd:enumeration value="No"/>
        </xsd:restriction>
      </xsd:simpleType>
    </xsd:element>
    <xsd:element name="Enter_x0020_your_x0020_manager" ma:index="24" ma:displayName="Enter your manager" ma:internalName="Enter_x0020_your_x0020_manag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430d64-c460-483e-9ebb-4c56e90d3c06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06ee6643-a4e0-4976-85cf-f76d7c6b7476}" ma:internalName="TaxCatchAll" ma:showField="CatchAllData" ma:web="13430d64-c460-483e-9ebb-4c56e90d3c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11a49ca-6d21-4797-91b3-6e1dbd71a96c">
      <Terms xmlns="http://schemas.microsoft.com/office/infopath/2007/PartnerControls"/>
    </lcf76f155ced4ddcb4097134ff3c332f>
    <TaxCatchAll xmlns="13430d64-c460-483e-9ebb-4c56e90d3c06" xsi:nil="true"/>
    <Are_x0020_you_x0020_a_x0020_manager_x003f_ xmlns="911a49ca-6d21-4797-91b3-6e1dbd71a96c"/>
    <Enter_x0020_your_x0020_manager xmlns="911a49ca-6d21-4797-91b3-6e1dbd71a96c">
      <UserInfo>
        <DisplayName/>
        <AccountId/>
        <AccountType/>
      </UserInfo>
    </Enter_x0020_your_x0020_manager>
  </documentManagement>
</p:properties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2686307-A8A5-4CCF-80C7-DAC0D325E300}"/>
</file>

<file path=customXml/itemProps3.xml><?xml version="1.0" encoding="utf-8"?>
<ds:datastoreItem xmlns:ds="http://schemas.openxmlformats.org/officeDocument/2006/customXml" ds:itemID="{BBD026ED-40B4-4A5A-A97D-84F13F028C53}"/>
</file>

<file path=customXml/itemProps4.xml><?xml version="1.0" encoding="utf-8"?>
<ds:datastoreItem xmlns:ds="http://schemas.openxmlformats.org/officeDocument/2006/customXml" ds:itemID="{B476D2A3-AC55-49E8-AE30-C60042BA83C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490</Words>
  <Characters>2795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3279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Tamara Christensen</cp:lastModifiedBy>
  <cp:revision>2</cp:revision>
  <dcterms:created xsi:type="dcterms:W3CDTF">2026-08-26T21:54:00Z</dcterms:created>
  <dcterms:modified xsi:type="dcterms:W3CDTF">2026-08-26T21:54:00Z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99e29265-a4bf-436b-9ba9-e99e09840c98</vt:lpwstr>
  </property>
  <property fmtid="{D5CDD505-2E9C-101B-9397-08002B2CF9AE}" pid="3" name="ContentTypeId">
    <vt:lpwstr>0x010100BBC1F113EA4E67438692FB81A3AE9CF6</vt:lpwstr>
  </property>
</Properties>
</file>